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051F" w14:textId="77777777" w:rsidR="00E13668" w:rsidRDefault="00E13668">
      <w:pPr>
        <w:pStyle w:val="Title"/>
      </w:pPr>
    </w:p>
    <w:p w14:paraId="054830D1" w14:textId="57B41B1D" w:rsidR="00637275" w:rsidRDefault="00000000">
      <w:pPr>
        <w:pStyle w:val="Title"/>
      </w:pPr>
      <w:r>
        <w:t xml:space="preserve">User-Friendly Documentation for Grafana, </w:t>
      </w:r>
      <w:proofErr w:type="spellStart"/>
      <w:r>
        <w:t>Nextcloud</w:t>
      </w:r>
      <w:proofErr w:type="spellEnd"/>
      <w:r>
        <w:t>, Metabase, and LimeSurvey</w:t>
      </w:r>
    </w:p>
    <w:p w14:paraId="3D858297" w14:textId="77777777" w:rsidR="00637275" w:rsidRDefault="00000000">
      <w:pPr>
        <w:pStyle w:val="Heading1"/>
      </w:pPr>
      <w:r>
        <w:t>Grafana Documentation</w:t>
      </w:r>
    </w:p>
    <w:p w14:paraId="45EFAB54" w14:textId="77777777" w:rsidR="00637275" w:rsidRDefault="00000000">
      <w:r>
        <w:t>Current Version: Grafana 10.x (check https://grafana.com/grafana/download for updates)</w:t>
      </w:r>
    </w:p>
    <w:p w14:paraId="168C9281" w14:textId="77777777" w:rsidR="00637275" w:rsidRDefault="00000000">
      <w:pPr>
        <w:pStyle w:val="Heading2"/>
      </w:pPr>
      <w:r>
        <w:t>What is Grafana?</w:t>
      </w:r>
    </w:p>
    <w:p w14:paraId="29DD224D" w14:textId="77777777" w:rsidR="00637275" w:rsidRDefault="00000000">
      <w:r>
        <w:t>Grafana is a popular open-source tool that helps you visualize and monitor your data through beautiful, customizable dashboards. It connects to many types of databases and data sources and turns your data into graphs, charts, and alerts.</w:t>
      </w:r>
    </w:p>
    <w:p w14:paraId="2379A9BC" w14:textId="77777777" w:rsidR="00637275" w:rsidRDefault="00000000">
      <w:pPr>
        <w:pStyle w:val="Heading2"/>
      </w:pPr>
      <w:r>
        <w:t>System Requirements</w:t>
      </w:r>
    </w:p>
    <w:p w14:paraId="0D7148E6" w14:textId="77777777" w:rsidR="00637275" w:rsidRDefault="00000000">
      <w:pPr>
        <w:pStyle w:val="ListBullet"/>
      </w:pPr>
      <w:r>
        <w:t>• Operating System: Linux (Ubuntu, CentOS, Debian), Windows, macOS</w:t>
      </w:r>
    </w:p>
    <w:p w14:paraId="4E064A7D" w14:textId="77777777" w:rsidR="00637275" w:rsidRDefault="00000000">
      <w:pPr>
        <w:pStyle w:val="ListBullet"/>
      </w:pPr>
      <w:r>
        <w:t>• Minimum Memory: 1GB RAM (2GB+ recommended)</w:t>
      </w:r>
    </w:p>
    <w:p w14:paraId="62647A52" w14:textId="77777777" w:rsidR="00637275" w:rsidRDefault="00000000">
      <w:pPr>
        <w:pStyle w:val="ListBullet"/>
      </w:pPr>
      <w:r>
        <w:t>• Port: Default HTTP port 3000</w:t>
      </w:r>
    </w:p>
    <w:p w14:paraId="43B57E9F" w14:textId="77777777" w:rsidR="00637275" w:rsidRDefault="00000000">
      <w:pPr>
        <w:pStyle w:val="Heading2"/>
      </w:pPr>
      <w:r>
        <w:t>Installation</w:t>
      </w:r>
    </w:p>
    <w:p w14:paraId="24C763A5" w14:textId="77777777" w:rsidR="00637275" w:rsidRDefault="00000000">
      <w:pPr>
        <w:pStyle w:val="Heading2"/>
      </w:pPr>
      <w:r>
        <w:t>1. Install on Ubuntu/Debian</w:t>
      </w:r>
    </w:p>
    <w:p w14:paraId="1046682B" w14:textId="77777777" w:rsidR="00637275" w:rsidRDefault="00000000">
      <w:pPr>
        <w:pStyle w:val="IntenseQuote"/>
      </w:pPr>
      <w:r>
        <w:t>sudo apt-get install -y apt-transport-https software-properties-common wget</w:t>
      </w:r>
      <w:r>
        <w:br/>
        <w:t>wget -q -O - https://packages.grafana.com/gpg.key | sudo apt-key add -</w:t>
      </w:r>
      <w:r>
        <w:br/>
        <w:t>sudo add-apt-repository "deb https://packages.grafana.com/oss/deb stable main"</w:t>
      </w:r>
      <w:r>
        <w:br/>
        <w:t>sudo apt-get update</w:t>
      </w:r>
      <w:r>
        <w:br/>
        <w:t>sudo apt-get install grafana</w:t>
      </w:r>
      <w:r>
        <w:br/>
        <w:t>sudo systemctl start grafana-server</w:t>
      </w:r>
      <w:r>
        <w:br/>
        <w:t>sudo systemctl enable grafana-server</w:t>
      </w:r>
    </w:p>
    <w:p w14:paraId="7816E813" w14:textId="77777777" w:rsidR="00637275" w:rsidRDefault="00000000">
      <w:r>
        <w:t>Then open your browser and go to http://localhost:3000 (or your server IP)</w:t>
      </w:r>
    </w:p>
    <w:p w14:paraId="7381B2C3" w14:textId="77777777" w:rsidR="00A35BCD" w:rsidRDefault="00A35BCD">
      <w:pPr>
        <w:pStyle w:val="Heading2"/>
      </w:pPr>
    </w:p>
    <w:p w14:paraId="21D2126C" w14:textId="66375340" w:rsidR="00637275" w:rsidRDefault="00000000">
      <w:pPr>
        <w:pStyle w:val="Heading2"/>
      </w:pPr>
      <w:r>
        <w:t>2. Run Grafana using Docker</w:t>
      </w:r>
    </w:p>
    <w:p w14:paraId="131973E8" w14:textId="77777777" w:rsidR="00637275" w:rsidRDefault="00000000">
      <w:pPr>
        <w:pStyle w:val="IntenseQuote"/>
      </w:pPr>
      <w:r>
        <w:t>docker run -d -p 3000:3000 --name=grafana grafana/grafana:10.0.0</w:t>
      </w:r>
    </w:p>
    <w:p w14:paraId="5280475F" w14:textId="77777777" w:rsidR="00637275" w:rsidRDefault="00000000">
      <w:r>
        <w:t>Access Grafana at http://localhost:3000 in your browser.</w:t>
      </w:r>
    </w:p>
    <w:p w14:paraId="1E3EFB47" w14:textId="77777777" w:rsidR="00637275" w:rsidRDefault="00000000">
      <w:pPr>
        <w:pStyle w:val="Heading2"/>
      </w:pPr>
      <w:r>
        <w:t>First Steps After Installation</w:t>
      </w:r>
    </w:p>
    <w:p w14:paraId="713A9E9E" w14:textId="77777777" w:rsidR="00637275" w:rsidRDefault="00000000">
      <w:pPr>
        <w:pStyle w:val="ListNumber"/>
      </w:pPr>
      <w:r>
        <w:t>1. Login with username admin and password admin.</w:t>
      </w:r>
    </w:p>
    <w:p w14:paraId="70E40CB4" w14:textId="77777777" w:rsidR="00637275" w:rsidRDefault="00000000">
      <w:pPr>
        <w:pStyle w:val="ListNumber"/>
      </w:pPr>
      <w:r>
        <w:t>2. Change your password when prompted.</w:t>
      </w:r>
    </w:p>
    <w:p w14:paraId="77C85896" w14:textId="77777777" w:rsidR="00637275" w:rsidRDefault="00000000">
      <w:pPr>
        <w:pStyle w:val="ListNumber"/>
      </w:pPr>
      <w:r>
        <w:t>3. Add your data sources under Configuration &gt; Data Sources.</w:t>
      </w:r>
    </w:p>
    <w:p w14:paraId="5BFB74CB" w14:textId="77777777" w:rsidR="00637275" w:rsidRDefault="00000000">
      <w:pPr>
        <w:pStyle w:val="ListNumber"/>
      </w:pPr>
      <w:r>
        <w:t>4. Create dashboards and panels to visualize your data.</w:t>
      </w:r>
    </w:p>
    <w:p w14:paraId="58BC64CA" w14:textId="77777777" w:rsidR="00637275" w:rsidRDefault="00000000">
      <w:pPr>
        <w:pStyle w:val="ListNumber"/>
      </w:pPr>
      <w:r>
        <w:t>5. Set up alerts to get notified about important events.</w:t>
      </w:r>
    </w:p>
    <w:p w14:paraId="4E737971" w14:textId="77777777" w:rsidR="00637275" w:rsidRDefault="00000000">
      <w:pPr>
        <w:pStyle w:val="Heading2"/>
      </w:pPr>
      <w:r>
        <w:t>How Grafana Works</w:t>
      </w:r>
    </w:p>
    <w:p w14:paraId="3F06B8A5" w14:textId="77777777" w:rsidR="00637275" w:rsidRDefault="00000000">
      <w:pPr>
        <w:pStyle w:val="ListBullet"/>
      </w:pPr>
      <w:r>
        <w:t>• Data Sources: Grafana connects live to your data sources like Prometheus, MySQL, Elasticsearch, etc.</w:t>
      </w:r>
    </w:p>
    <w:p w14:paraId="7FE66E8D" w14:textId="77777777" w:rsidR="00637275" w:rsidRDefault="00000000">
      <w:pPr>
        <w:pStyle w:val="ListBullet"/>
      </w:pPr>
      <w:r>
        <w:t>• Dashboards: You build dashboards with panels like graphs, tables, and stats to visualize data.</w:t>
      </w:r>
    </w:p>
    <w:p w14:paraId="462C048B" w14:textId="77777777" w:rsidR="00637275" w:rsidRDefault="00000000">
      <w:pPr>
        <w:pStyle w:val="ListBullet"/>
      </w:pPr>
      <w:r>
        <w:t>• Queries: Each panel runs queries to fetch data and update the visuals.</w:t>
      </w:r>
    </w:p>
    <w:p w14:paraId="21B722F0" w14:textId="77777777" w:rsidR="00637275" w:rsidRDefault="00000000">
      <w:pPr>
        <w:pStyle w:val="ListBullet"/>
      </w:pPr>
      <w:r>
        <w:t>• Alerts: You can define alert rules that notify you when data meets specific conditions.</w:t>
      </w:r>
    </w:p>
    <w:p w14:paraId="09C40DE2" w14:textId="77777777" w:rsidR="00637275" w:rsidRDefault="00000000">
      <w:pPr>
        <w:pStyle w:val="ListBullet"/>
      </w:pPr>
      <w:r>
        <w:t>• Plugins: Extend Grafana with plugins for more data sources and panel types.</w:t>
      </w:r>
    </w:p>
    <w:p w14:paraId="41554F86" w14:textId="77777777" w:rsidR="00637275" w:rsidRDefault="00000000">
      <w:pPr>
        <w:pStyle w:val="Heading2"/>
      </w:pPr>
      <w:r>
        <w:t>Helpful Links</w:t>
      </w:r>
    </w:p>
    <w:p w14:paraId="00D898E8" w14:textId="77777777" w:rsidR="00637275" w:rsidRPr="00E13668" w:rsidRDefault="00000000">
      <w:pPr>
        <w:pStyle w:val="ListBullet"/>
        <w:rPr>
          <w:lang w:val="it-IT"/>
        </w:rPr>
      </w:pPr>
      <w:r w:rsidRPr="00E13668">
        <w:rPr>
          <w:lang w:val="it-IT"/>
        </w:rPr>
        <w:t xml:space="preserve">• Official </w:t>
      </w:r>
      <w:proofErr w:type="spellStart"/>
      <w:r w:rsidRPr="00E13668">
        <w:rPr>
          <w:lang w:val="it-IT"/>
        </w:rPr>
        <w:t>Grafana</w:t>
      </w:r>
      <w:proofErr w:type="spellEnd"/>
      <w:r w:rsidRPr="00E13668">
        <w:rPr>
          <w:lang w:val="it-IT"/>
        </w:rPr>
        <w:t xml:space="preserve"> </w:t>
      </w:r>
      <w:proofErr w:type="spellStart"/>
      <w:r w:rsidRPr="00E13668">
        <w:rPr>
          <w:lang w:val="it-IT"/>
        </w:rPr>
        <w:t>Documentation</w:t>
      </w:r>
      <w:proofErr w:type="spellEnd"/>
      <w:r w:rsidRPr="00E13668">
        <w:rPr>
          <w:lang w:val="it-IT"/>
        </w:rPr>
        <w:t>: https://grafana.com/docs/grafana/latest/</w:t>
      </w:r>
    </w:p>
    <w:p w14:paraId="106EABDD" w14:textId="77777777" w:rsidR="00637275" w:rsidRPr="00E13668" w:rsidRDefault="00000000">
      <w:pPr>
        <w:pStyle w:val="ListBullet"/>
        <w:rPr>
          <w:lang w:val="it-IT"/>
        </w:rPr>
      </w:pPr>
      <w:r w:rsidRPr="00E13668">
        <w:rPr>
          <w:lang w:val="it-IT"/>
        </w:rPr>
        <w:t xml:space="preserve">• </w:t>
      </w:r>
      <w:proofErr w:type="spellStart"/>
      <w:r w:rsidRPr="00E13668">
        <w:rPr>
          <w:lang w:val="it-IT"/>
        </w:rPr>
        <w:t>Grafana</w:t>
      </w:r>
      <w:proofErr w:type="spellEnd"/>
      <w:r w:rsidRPr="00E13668">
        <w:rPr>
          <w:lang w:val="it-IT"/>
        </w:rPr>
        <w:t xml:space="preserve"> Tutorials: https://grafana.com/tutorials/</w:t>
      </w:r>
    </w:p>
    <w:p w14:paraId="00C3FDE1" w14:textId="77777777" w:rsidR="00637275" w:rsidRDefault="00000000">
      <w:pPr>
        <w:pStyle w:val="ListBullet"/>
      </w:pPr>
      <w:r>
        <w:t>• Download Grafana: https://grafana.com/grafana/download</w:t>
      </w:r>
    </w:p>
    <w:p w14:paraId="79EF4F61" w14:textId="77777777" w:rsidR="00637275" w:rsidRPr="00E13668" w:rsidRDefault="00000000">
      <w:pPr>
        <w:pStyle w:val="ListBullet"/>
        <w:rPr>
          <w:lang w:val="de-DE"/>
        </w:rPr>
      </w:pPr>
      <w:r w:rsidRPr="00E13668">
        <w:rPr>
          <w:lang w:val="de-DE"/>
        </w:rPr>
        <w:t xml:space="preserve">• </w:t>
      </w:r>
      <w:proofErr w:type="spellStart"/>
      <w:r w:rsidRPr="00E13668">
        <w:rPr>
          <w:lang w:val="de-DE"/>
        </w:rPr>
        <w:t>Grafana</w:t>
      </w:r>
      <w:proofErr w:type="spellEnd"/>
      <w:r w:rsidRPr="00E13668">
        <w:rPr>
          <w:lang w:val="de-DE"/>
        </w:rPr>
        <w:t xml:space="preserve"> Docker Image: https://hub.docker.com/r/grafana/grafana/</w:t>
      </w:r>
    </w:p>
    <w:p w14:paraId="6CC52BFE" w14:textId="77777777" w:rsidR="00637275" w:rsidRDefault="00000000">
      <w:r>
        <w:t>Tip: Always keep Grafana updated to get the latest features and security fixes!</w:t>
      </w:r>
    </w:p>
    <w:p w14:paraId="6335A4AF" w14:textId="77777777" w:rsidR="00637275" w:rsidRDefault="00000000">
      <w:pPr>
        <w:pStyle w:val="Heading2"/>
      </w:pPr>
      <w:r>
        <w:t>Need Help?</w:t>
      </w:r>
    </w:p>
    <w:p w14:paraId="1BFBBFB1" w14:textId="77777777" w:rsidR="00637275" w:rsidRDefault="00000000">
      <w:r>
        <w:t>If you get stuck or want to learn more advanced features, visit the Grafana Community Forums: https://community.grafana.com/ or the official docs.</w:t>
      </w:r>
    </w:p>
    <w:p w14:paraId="23F5B548" w14:textId="77777777" w:rsidR="00637275" w:rsidRDefault="00000000">
      <w:pPr>
        <w:pStyle w:val="Heading1"/>
      </w:pPr>
      <w:r>
        <w:t>Nextcloud Documentation</w:t>
      </w:r>
    </w:p>
    <w:p w14:paraId="243845AD" w14:textId="77777777" w:rsidR="00637275" w:rsidRDefault="00000000">
      <w:r>
        <w:t>Current Version: Nextcloud 28.x (check https://nextcloud.com/install/ for latest)</w:t>
      </w:r>
    </w:p>
    <w:p w14:paraId="79F23328" w14:textId="77777777" w:rsidR="00A35BCD" w:rsidRDefault="00A35BCD">
      <w:pPr>
        <w:pStyle w:val="Heading2"/>
      </w:pPr>
    </w:p>
    <w:p w14:paraId="1DD5D25F" w14:textId="51B3CDFD" w:rsidR="00637275" w:rsidRDefault="00000000">
      <w:pPr>
        <w:pStyle w:val="Heading2"/>
      </w:pPr>
      <w:r>
        <w:t xml:space="preserve">What is </w:t>
      </w:r>
      <w:proofErr w:type="spellStart"/>
      <w:r>
        <w:t>Nextcloud</w:t>
      </w:r>
      <w:proofErr w:type="spellEnd"/>
      <w:r>
        <w:t>?</w:t>
      </w:r>
    </w:p>
    <w:p w14:paraId="2EF435CB" w14:textId="77777777" w:rsidR="00637275" w:rsidRDefault="00000000">
      <w:r>
        <w:t>Nextcloud is a self-hosted file sync and sharing platform that lets you store files securely, share them with others, and collaborate using apps like calendars, contacts, and document editing.</w:t>
      </w:r>
    </w:p>
    <w:p w14:paraId="69C077D2" w14:textId="77777777" w:rsidR="00637275" w:rsidRDefault="00000000">
      <w:pPr>
        <w:pStyle w:val="Heading2"/>
      </w:pPr>
      <w:r>
        <w:t>System Requirements</w:t>
      </w:r>
    </w:p>
    <w:p w14:paraId="17C1B3A5" w14:textId="77777777" w:rsidR="00637275" w:rsidRDefault="00000000">
      <w:pPr>
        <w:pStyle w:val="ListBullet"/>
      </w:pPr>
      <w:r>
        <w:t>• PHP 7.4 or newer</w:t>
      </w:r>
    </w:p>
    <w:p w14:paraId="7D157A2F" w14:textId="77777777" w:rsidR="00637275" w:rsidRDefault="00000000">
      <w:pPr>
        <w:pStyle w:val="ListBullet"/>
      </w:pPr>
      <w:r>
        <w:t>• Web server: Apache or Nginx</w:t>
      </w:r>
    </w:p>
    <w:p w14:paraId="3BFD5496" w14:textId="77777777" w:rsidR="00637275" w:rsidRDefault="00000000">
      <w:pPr>
        <w:pStyle w:val="ListBullet"/>
      </w:pPr>
      <w:r>
        <w:t>• Database: MySQL/MariaDB or PostgreSQL</w:t>
      </w:r>
    </w:p>
    <w:p w14:paraId="00A2CD8C" w14:textId="77777777" w:rsidR="00637275" w:rsidRDefault="00000000">
      <w:pPr>
        <w:pStyle w:val="ListBullet"/>
      </w:pPr>
      <w:r>
        <w:t>• At least 512MB RAM (1GB+ recommended)</w:t>
      </w:r>
    </w:p>
    <w:p w14:paraId="00B4192E" w14:textId="77777777" w:rsidR="00637275" w:rsidRDefault="00000000">
      <w:pPr>
        <w:pStyle w:val="Heading2"/>
      </w:pPr>
      <w:r>
        <w:t>Installation</w:t>
      </w:r>
    </w:p>
    <w:p w14:paraId="1836985C" w14:textId="77777777" w:rsidR="00637275" w:rsidRDefault="00000000">
      <w:pPr>
        <w:pStyle w:val="Heading2"/>
      </w:pPr>
      <w:r>
        <w:t>1. Manual Installation</w:t>
      </w:r>
    </w:p>
    <w:p w14:paraId="017FCB91" w14:textId="77777777" w:rsidR="00637275" w:rsidRDefault="00000000">
      <w:pPr>
        <w:pStyle w:val="IntenseQuote"/>
      </w:pPr>
      <w:r>
        <w:t>wget https://download.nextcloud.com/server/releases/nextcloud-28.0.0.zip</w:t>
      </w:r>
      <w:r>
        <w:br/>
        <w:t>unzip nextcloud-28.0.0.zip</w:t>
      </w:r>
      <w:r>
        <w:br/>
        <w:t>sudo mv nextcloud /var/www/</w:t>
      </w:r>
      <w:r>
        <w:br/>
        <w:t>sudo chown -R www-data:www-data /var/www/nextcloud</w:t>
      </w:r>
      <w:r>
        <w:br/>
        <w:t># Create a database and user in MySQL or PostgreSQL</w:t>
      </w:r>
      <w:r>
        <w:br/>
        <w:t># Access via browser: http://your-server-ip/nextcloud</w:t>
      </w:r>
      <w:r>
        <w:br/>
        <w:t># Follow the web installer to finish setup</w:t>
      </w:r>
    </w:p>
    <w:p w14:paraId="1EB11F1B" w14:textId="77777777" w:rsidR="00637275" w:rsidRDefault="00000000">
      <w:pPr>
        <w:pStyle w:val="Heading2"/>
      </w:pPr>
      <w:r>
        <w:t>2. Using Docker</w:t>
      </w:r>
    </w:p>
    <w:p w14:paraId="0C030B18" w14:textId="77777777" w:rsidR="00637275" w:rsidRDefault="00000000">
      <w:pPr>
        <w:pStyle w:val="IntenseQuote"/>
      </w:pPr>
      <w:r>
        <w:t>docker run -d -p 8080:80 nextcloud</w:t>
      </w:r>
    </w:p>
    <w:p w14:paraId="6BCD487F" w14:textId="77777777" w:rsidR="00637275" w:rsidRDefault="00000000">
      <w:r>
        <w:t>Then visit http://localhost:8080 in your browser.</w:t>
      </w:r>
    </w:p>
    <w:p w14:paraId="3D63137E" w14:textId="77777777" w:rsidR="00637275" w:rsidRDefault="00000000">
      <w:pPr>
        <w:pStyle w:val="Heading2"/>
      </w:pPr>
      <w:r>
        <w:t>First Steps After Installation</w:t>
      </w:r>
    </w:p>
    <w:p w14:paraId="1CEF9D38" w14:textId="77777777" w:rsidR="00637275" w:rsidRDefault="00000000">
      <w:pPr>
        <w:pStyle w:val="ListNumber"/>
      </w:pPr>
      <w:r>
        <w:t>1. Create an admin user via the web installer.</w:t>
      </w:r>
    </w:p>
    <w:p w14:paraId="2F6F3C05" w14:textId="77777777" w:rsidR="00637275" w:rsidRDefault="00000000">
      <w:pPr>
        <w:pStyle w:val="ListNumber"/>
      </w:pPr>
      <w:r>
        <w:t>2. Connect to your database.</w:t>
      </w:r>
    </w:p>
    <w:p w14:paraId="595E5B04" w14:textId="77777777" w:rsidR="00637275" w:rsidRDefault="00000000">
      <w:pPr>
        <w:pStyle w:val="ListNumber"/>
      </w:pPr>
      <w:r>
        <w:t>3. Set up storage and permissions.</w:t>
      </w:r>
    </w:p>
    <w:p w14:paraId="13D68212" w14:textId="77777777" w:rsidR="00637275" w:rsidRDefault="00000000">
      <w:pPr>
        <w:pStyle w:val="ListNumber"/>
      </w:pPr>
      <w:r>
        <w:t>4. Install apps for calendars, contacts, document editing, and more.</w:t>
      </w:r>
    </w:p>
    <w:p w14:paraId="2748A94F" w14:textId="77777777" w:rsidR="00637275" w:rsidRDefault="00000000">
      <w:pPr>
        <w:pStyle w:val="ListNumber"/>
      </w:pPr>
      <w:r>
        <w:t>5. Use desktop or mobile clients to sync your files.</w:t>
      </w:r>
    </w:p>
    <w:p w14:paraId="2993FB17" w14:textId="77777777" w:rsidR="00637275" w:rsidRDefault="00000000">
      <w:pPr>
        <w:pStyle w:val="Heading2"/>
      </w:pPr>
      <w:r>
        <w:t>How Nextcloud Works</w:t>
      </w:r>
    </w:p>
    <w:p w14:paraId="2D146E75" w14:textId="77777777" w:rsidR="00637275" w:rsidRDefault="00000000">
      <w:pPr>
        <w:pStyle w:val="ListBullet"/>
      </w:pPr>
      <w:r>
        <w:t>• File Sync: Sync files between your devices and Nextcloud server.</w:t>
      </w:r>
    </w:p>
    <w:p w14:paraId="03DE54D3" w14:textId="77777777" w:rsidR="00637275" w:rsidRDefault="00000000">
      <w:pPr>
        <w:pStyle w:val="ListBullet"/>
      </w:pPr>
      <w:r>
        <w:t>• File Sharing: Share files securely with others or via public links.</w:t>
      </w:r>
    </w:p>
    <w:p w14:paraId="0368DFB9" w14:textId="77777777" w:rsidR="00637275" w:rsidRDefault="00000000">
      <w:pPr>
        <w:pStyle w:val="ListBullet"/>
      </w:pPr>
      <w:r>
        <w:t>• Collaboration: Use apps to collaborate on documents, calendar events, and contacts.</w:t>
      </w:r>
    </w:p>
    <w:p w14:paraId="5BEB0DC4" w14:textId="77777777" w:rsidR="00A35BCD" w:rsidRDefault="00A35BCD" w:rsidP="00A35BCD">
      <w:pPr>
        <w:pStyle w:val="ListBullet"/>
        <w:numPr>
          <w:ilvl w:val="0"/>
          <w:numId w:val="0"/>
        </w:numPr>
        <w:ind w:left="360"/>
      </w:pPr>
    </w:p>
    <w:p w14:paraId="695B711B" w14:textId="5BA173F9" w:rsidR="00637275" w:rsidRDefault="00000000">
      <w:pPr>
        <w:pStyle w:val="ListBullet"/>
      </w:pPr>
      <w:r>
        <w:t>• Security: Supports encryption, two-factor authentication, and fine-grained permissions.</w:t>
      </w:r>
    </w:p>
    <w:p w14:paraId="740EFBC9" w14:textId="77777777" w:rsidR="00637275" w:rsidRDefault="00000000">
      <w:pPr>
        <w:pStyle w:val="Heading2"/>
      </w:pPr>
      <w:r>
        <w:t>Helpful Links</w:t>
      </w:r>
    </w:p>
    <w:p w14:paraId="7DDE4C32" w14:textId="77777777" w:rsidR="00637275" w:rsidRDefault="00000000">
      <w:pPr>
        <w:pStyle w:val="ListBullet"/>
      </w:pPr>
      <w:r>
        <w:t>• Official Nextcloud Admin Manual: https://docs.nextcloud.com/server/latest/admin_manual/</w:t>
      </w:r>
    </w:p>
    <w:p w14:paraId="541E15DF" w14:textId="77777777" w:rsidR="00637275" w:rsidRDefault="00000000">
      <w:pPr>
        <w:pStyle w:val="ListBullet"/>
      </w:pPr>
      <w:r>
        <w:t>• Download &amp; Install Guide: https://nextcloud.com/install/</w:t>
      </w:r>
    </w:p>
    <w:p w14:paraId="2139E1A8" w14:textId="77777777" w:rsidR="00637275" w:rsidRDefault="00000000">
      <w:pPr>
        <w:pStyle w:val="ListBullet"/>
      </w:pPr>
      <w:r>
        <w:t>• Nextcloud GitHub Repository: https://github.com/nextcloud/server</w:t>
      </w:r>
    </w:p>
    <w:p w14:paraId="4492B51C" w14:textId="77777777" w:rsidR="00637275" w:rsidRDefault="00000000">
      <w:r>
        <w:t>Tip: Regularly update Nextcloud and its apps to keep your data secure.</w:t>
      </w:r>
    </w:p>
    <w:p w14:paraId="4B3ACD29" w14:textId="77777777" w:rsidR="00637275" w:rsidRDefault="00000000">
      <w:pPr>
        <w:pStyle w:val="Heading2"/>
      </w:pPr>
      <w:r>
        <w:t>Need Help?</w:t>
      </w:r>
    </w:p>
    <w:p w14:paraId="29DD7D81" w14:textId="77777777" w:rsidR="00637275" w:rsidRDefault="00000000">
      <w:r>
        <w:t>Check out the Nextcloud Community Forums: https://help.nextcloud.com/ or official docs if you need assistance.</w:t>
      </w:r>
    </w:p>
    <w:p w14:paraId="31248F03" w14:textId="77777777" w:rsidR="00637275" w:rsidRDefault="00000000">
      <w:pPr>
        <w:pStyle w:val="Heading1"/>
      </w:pPr>
      <w:r>
        <w:t>Metabase Documentation</w:t>
      </w:r>
    </w:p>
    <w:p w14:paraId="628F3510" w14:textId="77777777" w:rsidR="00637275" w:rsidRDefault="00000000">
      <w:r>
        <w:t>Current Version: Metabase 0.48.x (check https://www.metabase.com/start/ for updates)</w:t>
      </w:r>
    </w:p>
    <w:p w14:paraId="2AF391E3" w14:textId="77777777" w:rsidR="00637275" w:rsidRDefault="00000000">
      <w:pPr>
        <w:pStyle w:val="Heading2"/>
      </w:pPr>
      <w:r>
        <w:t>What is Metabase?</w:t>
      </w:r>
    </w:p>
    <w:p w14:paraId="5D307A98" w14:textId="77777777" w:rsidR="00637275" w:rsidRDefault="00000000">
      <w:r>
        <w:t>Metabase is an open-source business intelligence tool that lets you explore data, create reports, and build dashboards easily — no coding required.</w:t>
      </w:r>
    </w:p>
    <w:p w14:paraId="27DBFDD9" w14:textId="77777777" w:rsidR="00637275" w:rsidRDefault="00000000">
      <w:pPr>
        <w:pStyle w:val="Heading2"/>
      </w:pPr>
      <w:r>
        <w:t>System Requirements</w:t>
      </w:r>
    </w:p>
    <w:p w14:paraId="3DA64580" w14:textId="77777777" w:rsidR="00637275" w:rsidRDefault="00000000">
      <w:pPr>
        <w:pStyle w:val="ListBullet"/>
      </w:pPr>
      <w:r>
        <w:t>• Java 8 or higher installed</w:t>
      </w:r>
    </w:p>
    <w:p w14:paraId="2EC506E8" w14:textId="77777777" w:rsidR="00637275" w:rsidRDefault="00000000">
      <w:pPr>
        <w:pStyle w:val="ListBullet"/>
      </w:pPr>
      <w:r>
        <w:t>• Supports Linux, Windows, Mac</w:t>
      </w:r>
    </w:p>
    <w:p w14:paraId="57A6D017" w14:textId="77777777" w:rsidR="00637275" w:rsidRDefault="00000000">
      <w:pPr>
        <w:pStyle w:val="ListBullet"/>
      </w:pPr>
      <w:r>
        <w:t>• Compatible with many databases like Postgres, MySQL, MongoDB, etc.</w:t>
      </w:r>
    </w:p>
    <w:p w14:paraId="3589EC15" w14:textId="77777777" w:rsidR="00637275" w:rsidRDefault="00000000">
      <w:pPr>
        <w:pStyle w:val="Heading2"/>
      </w:pPr>
      <w:r>
        <w:t>Installation</w:t>
      </w:r>
    </w:p>
    <w:p w14:paraId="0732A06C" w14:textId="77777777" w:rsidR="00637275" w:rsidRDefault="00000000">
      <w:pPr>
        <w:pStyle w:val="Heading2"/>
      </w:pPr>
      <w:r>
        <w:t>1. Using JAR file (Simple)</w:t>
      </w:r>
    </w:p>
    <w:p w14:paraId="3C410AF4" w14:textId="77777777" w:rsidR="00637275" w:rsidRDefault="00000000">
      <w:pPr>
        <w:pStyle w:val="IntenseQuote"/>
      </w:pPr>
      <w:r>
        <w:t>wget https://downloads.metabase.com/v0.48.0/metabase.jar</w:t>
      </w:r>
      <w:r>
        <w:br/>
        <w:t>java -jar metabase.jar</w:t>
      </w:r>
    </w:p>
    <w:p w14:paraId="264E0391" w14:textId="77777777" w:rsidR="00637275" w:rsidRDefault="00000000">
      <w:r>
        <w:t>Access Metabase at http://localhost:3000 in your browser.</w:t>
      </w:r>
    </w:p>
    <w:p w14:paraId="19EB8BBF" w14:textId="77777777" w:rsidR="00637275" w:rsidRDefault="00000000">
      <w:pPr>
        <w:pStyle w:val="Heading2"/>
      </w:pPr>
      <w:r>
        <w:t>2. Using Docker</w:t>
      </w:r>
    </w:p>
    <w:p w14:paraId="7C5CEF75" w14:textId="77777777" w:rsidR="00637275" w:rsidRDefault="00000000">
      <w:pPr>
        <w:pStyle w:val="IntenseQuote"/>
      </w:pPr>
      <w:r>
        <w:t>docker run -d -p 3000:3000 --name metabase metabase/metabase:v0.48.0</w:t>
      </w:r>
    </w:p>
    <w:p w14:paraId="29AA4C00" w14:textId="77777777" w:rsidR="00A35BCD" w:rsidRDefault="00A35BCD">
      <w:pPr>
        <w:pStyle w:val="Heading2"/>
      </w:pPr>
    </w:p>
    <w:p w14:paraId="145B49E0" w14:textId="637C1123" w:rsidR="00637275" w:rsidRDefault="00000000">
      <w:pPr>
        <w:pStyle w:val="Heading2"/>
      </w:pPr>
      <w:r>
        <w:t>First Steps After Installation</w:t>
      </w:r>
    </w:p>
    <w:p w14:paraId="0D2DDF49" w14:textId="77777777" w:rsidR="00637275" w:rsidRDefault="00000000">
      <w:pPr>
        <w:pStyle w:val="ListNumber"/>
      </w:pPr>
      <w:r>
        <w:t>1. Open the web interface and set up an admin user.</w:t>
      </w:r>
    </w:p>
    <w:p w14:paraId="33DB9CE2" w14:textId="77777777" w:rsidR="00637275" w:rsidRDefault="00000000">
      <w:pPr>
        <w:pStyle w:val="ListNumber"/>
      </w:pPr>
      <w:r>
        <w:t>2. Connect Metabase to your database(s).</w:t>
      </w:r>
    </w:p>
    <w:p w14:paraId="0B1E47C5" w14:textId="77777777" w:rsidR="00637275" w:rsidRDefault="00000000">
      <w:pPr>
        <w:pStyle w:val="ListNumber"/>
      </w:pPr>
      <w:r>
        <w:t>3. Create questions and dashboards using the visual query builder.</w:t>
      </w:r>
    </w:p>
    <w:p w14:paraId="23B416DA" w14:textId="77777777" w:rsidR="00637275" w:rsidRDefault="00000000">
      <w:pPr>
        <w:pStyle w:val="ListNumber"/>
      </w:pPr>
      <w:r>
        <w:t>4. Share insights or schedule report emails.</w:t>
      </w:r>
    </w:p>
    <w:p w14:paraId="4EDD6B35" w14:textId="77777777" w:rsidR="00637275" w:rsidRDefault="00000000">
      <w:pPr>
        <w:pStyle w:val="Heading2"/>
      </w:pPr>
      <w:r>
        <w:t>How Metabase Works</w:t>
      </w:r>
    </w:p>
    <w:p w14:paraId="1F66AB12" w14:textId="77777777" w:rsidR="00637275" w:rsidRDefault="00000000">
      <w:pPr>
        <w:pStyle w:val="ListBullet"/>
      </w:pPr>
      <w:r>
        <w:t>• Data Connection: Connects to your databases to read data.</w:t>
      </w:r>
    </w:p>
    <w:p w14:paraId="40BD8AB6" w14:textId="77777777" w:rsidR="00637275" w:rsidRDefault="00000000">
      <w:pPr>
        <w:pStyle w:val="ListBullet"/>
      </w:pPr>
      <w:r>
        <w:t>• Query Builder: Allows users to create queries without SQL knowledge.</w:t>
      </w:r>
    </w:p>
    <w:p w14:paraId="427F324C" w14:textId="77777777" w:rsidR="00637275" w:rsidRDefault="00000000">
      <w:pPr>
        <w:pStyle w:val="ListBullet"/>
      </w:pPr>
      <w:r>
        <w:t>• Dashboards: Combine questions into dashboards for monitoring.</w:t>
      </w:r>
    </w:p>
    <w:p w14:paraId="24B960B5" w14:textId="77777777" w:rsidR="00637275" w:rsidRDefault="00000000">
      <w:pPr>
        <w:pStyle w:val="ListBullet"/>
      </w:pPr>
      <w:r>
        <w:t>• Sharing: Share dashboards and reports via links or email.</w:t>
      </w:r>
    </w:p>
    <w:p w14:paraId="76BFC416" w14:textId="77777777" w:rsidR="00637275" w:rsidRDefault="00000000">
      <w:pPr>
        <w:pStyle w:val="Heading2"/>
      </w:pPr>
      <w:r>
        <w:t>Helpful Links</w:t>
      </w:r>
    </w:p>
    <w:p w14:paraId="35D27302" w14:textId="77777777" w:rsidR="00637275" w:rsidRDefault="00000000">
      <w:pPr>
        <w:pStyle w:val="ListBullet"/>
      </w:pPr>
      <w:r>
        <w:t>• Official Metabase Documentation: https://www.metabase.com/docs/latest/</w:t>
      </w:r>
    </w:p>
    <w:p w14:paraId="6592E6AC" w14:textId="77777777" w:rsidR="00637275" w:rsidRDefault="00000000">
      <w:pPr>
        <w:pStyle w:val="ListBullet"/>
      </w:pPr>
      <w:r>
        <w:t>• Download &amp; Install: https://www.metabase.com/start/</w:t>
      </w:r>
    </w:p>
    <w:p w14:paraId="4FA8313F" w14:textId="77777777" w:rsidR="00637275" w:rsidRDefault="00000000">
      <w:pPr>
        <w:pStyle w:val="ListBullet"/>
      </w:pPr>
      <w:r>
        <w:t>• Metabase GitHub Repo: https://github.com/metabase/metabase</w:t>
      </w:r>
    </w:p>
    <w:p w14:paraId="027612C9" w14:textId="77777777" w:rsidR="00637275" w:rsidRDefault="00000000">
      <w:r>
        <w:t>Tip: Keep Metabase updated for new features and security.</w:t>
      </w:r>
    </w:p>
    <w:p w14:paraId="06BB54C8" w14:textId="77777777" w:rsidR="00637275" w:rsidRDefault="00000000">
      <w:pPr>
        <w:pStyle w:val="Heading2"/>
      </w:pPr>
      <w:r>
        <w:t>Need Help?</w:t>
      </w:r>
    </w:p>
    <w:p w14:paraId="5BB03321" w14:textId="77777777" w:rsidR="00637275" w:rsidRDefault="00000000">
      <w:r>
        <w:t>Visit the Metabase Community Forum: https://discourse.metabase.com/ for support and tips.</w:t>
      </w:r>
    </w:p>
    <w:p w14:paraId="11A66BD9" w14:textId="77777777" w:rsidR="00637275" w:rsidRDefault="00000000">
      <w:pPr>
        <w:pStyle w:val="Heading1"/>
      </w:pPr>
      <w:r>
        <w:t>LimeSurvey Documentation</w:t>
      </w:r>
    </w:p>
    <w:p w14:paraId="3884197B" w14:textId="77777777" w:rsidR="00637275" w:rsidRDefault="00000000">
      <w:r>
        <w:t>Current Version: LimeSurvey 6.6.x (check https://www.limesurvey.org/downloads for latest)</w:t>
      </w:r>
    </w:p>
    <w:p w14:paraId="3ED25F9F" w14:textId="77777777" w:rsidR="00637275" w:rsidRDefault="00000000">
      <w:pPr>
        <w:pStyle w:val="Heading2"/>
      </w:pPr>
      <w:r>
        <w:t>What is LimeSurvey?</w:t>
      </w:r>
    </w:p>
    <w:p w14:paraId="27AB2BBB" w14:textId="77777777" w:rsidR="00637275" w:rsidRDefault="00000000">
      <w:r>
        <w:t>LimeSurvey is an open-source online survey tool to create, publish, and analyze surveys easily.</w:t>
      </w:r>
    </w:p>
    <w:p w14:paraId="6CB97E05" w14:textId="77777777" w:rsidR="00637275" w:rsidRDefault="00000000">
      <w:pPr>
        <w:pStyle w:val="Heading2"/>
      </w:pPr>
      <w:r>
        <w:t>System Requirements</w:t>
      </w:r>
    </w:p>
    <w:p w14:paraId="232484E6" w14:textId="77777777" w:rsidR="00637275" w:rsidRDefault="00000000">
      <w:pPr>
        <w:pStyle w:val="ListBullet"/>
      </w:pPr>
      <w:r>
        <w:t>• PHP 7.2 or newer</w:t>
      </w:r>
    </w:p>
    <w:p w14:paraId="4B0B216E" w14:textId="77777777" w:rsidR="00637275" w:rsidRDefault="00000000">
      <w:pPr>
        <w:pStyle w:val="ListBullet"/>
      </w:pPr>
      <w:r>
        <w:t>• MySQL/MariaDB/PostgreSQL database</w:t>
      </w:r>
    </w:p>
    <w:p w14:paraId="050E4372" w14:textId="77777777" w:rsidR="00637275" w:rsidRDefault="00000000">
      <w:pPr>
        <w:pStyle w:val="ListBullet"/>
      </w:pPr>
      <w:r>
        <w:t>• Apache or Nginx web server</w:t>
      </w:r>
    </w:p>
    <w:p w14:paraId="0F3E0EA9" w14:textId="77777777" w:rsidR="00637275" w:rsidRPr="00E13668" w:rsidRDefault="00000000">
      <w:pPr>
        <w:pStyle w:val="ListBullet"/>
        <w:rPr>
          <w:lang w:val="fr-FR"/>
        </w:rPr>
      </w:pPr>
      <w:r w:rsidRPr="00E13668">
        <w:rPr>
          <w:lang w:val="fr-FR"/>
        </w:rPr>
        <w:t xml:space="preserve">• PHP extensions: GD, PDO, </w:t>
      </w:r>
      <w:proofErr w:type="spellStart"/>
      <w:r w:rsidRPr="00E13668">
        <w:rPr>
          <w:lang w:val="fr-FR"/>
        </w:rPr>
        <w:t>mbstring</w:t>
      </w:r>
      <w:proofErr w:type="spellEnd"/>
      <w:r w:rsidRPr="00E13668">
        <w:rPr>
          <w:lang w:val="fr-FR"/>
        </w:rPr>
        <w:t>, etc.</w:t>
      </w:r>
    </w:p>
    <w:p w14:paraId="787891F6" w14:textId="77777777" w:rsidR="00A35BCD" w:rsidRDefault="00A35BCD">
      <w:pPr>
        <w:pStyle w:val="Heading2"/>
      </w:pPr>
    </w:p>
    <w:p w14:paraId="5AC51D3E" w14:textId="05325F24" w:rsidR="00637275" w:rsidRDefault="00000000">
      <w:pPr>
        <w:pStyle w:val="Heading2"/>
      </w:pPr>
      <w:r>
        <w:t>Installation</w:t>
      </w:r>
    </w:p>
    <w:p w14:paraId="56FFC809" w14:textId="77777777" w:rsidR="00637275" w:rsidRDefault="00000000">
      <w:pPr>
        <w:pStyle w:val="Heading2"/>
      </w:pPr>
      <w:r>
        <w:t>1. Manual Installation</w:t>
      </w:r>
    </w:p>
    <w:p w14:paraId="2DA9EC6B" w14:textId="77777777" w:rsidR="00637275" w:rsidRDefault="00000000">
      <w:pPr>
        <w:pStyle w:val="IntenseQuote"/>
      </w:pPr>
      <w:r>
        <w:t>wget https://download.limesurvey.org/latest-stable-release/limesurvey6.6.3+240909.zip</w:t>
      </w:r>
      <w:r>
        <w:br/>
        <w:t>unzip limesurvey6.6.3+240909.zip</w:t>
      </w:r>
      <w:r>
        <w:br/>
        <w:t>sudo mv limesurvey /var/www/html/</w:t>
      </w:r>
      <w:r>
        <w:br/>
        <w:t>sudo chown -R www-data:www-data /var/www/html/limesurvey</w:t>
      </w:r>
      <w:r>
        <w:br/>
        <w:t># Create database and user in MySQL/PostgreSQL</w:t>
      </w:r>
      <w:r>
        <w:br/>
        <w:t># Open browser: http://your-server/limesurvey</w:t>
      </w:r>
      <w:r>
        <w:br/>
        <w:t># Follow web installer steps</w:t>
      </w:r>
    </w:p>
    <w:p w14:paraId="6ADF94F8" w14:textId="77777777" w:rsidR="00637275" w:rsidRDefault="00000000">
      <w:pPr>
        <w:pStyle w:val="Heading2"/>
      </w:pPr>
      <w:r>
        <w:t>2. Using Docker</w:t>
      </w:r>
    </w:p>
    <w:p w14:paraId="1E62CE9B" w14:textId="77777777" w:rsidR="00637275" w:rsidRDefault="00000000">
      <w:pPr>
        <w:pStyle w:val="IntenseQuote"/>
      </w:pPr>
      <w:r>
        <w:t>docker run -d -p 8080:80 limesurvey/limesurvey</w:t>
      </w:r>
    </w:p>
    <w:p w14:paraId="4F9CC1FC" w14:textId="77777777" w:rsidR="00637275" w:rsidRDefault="00000000">
      <w:pPr>
        <w:pStyle w:val="Heading2"/>
      </w:pPr>
      <w:r>
        <w:t>First Steps After Installation</w:t>
      </w:r>
    </w:p>
    <w:p w14:paraId="4BCACACB" w14:textId="77777777" w:rsidR="00637275" w:rsidRDefault="00000000">
      <w:pPr>
        <w:pStyle w:val="ListNumber"/>
      </w:pPr>
      <w:r>
        <w:t>1. Create admin user during web setup.</w:t>
      </w:r>
    </w:p>
    <w:p w14:paraId="3DD2BD51" w14:textId="77777777" w:rsidR="00637275" w:rsidRDefault="00000000">
      <w:pPr>
        <w:pStyle w:val="ListNumber"/>
      </w:pPr>
      <w:r>
        <w:t>2. Configure database connection.</w:t>
      </w:r>
    </w:p>
    <w:p w14:paraId="58B591A9" w14:textId="77777777" w:rsidR="00637275" w:rsidRDefault="00000000">
      <w:pPr>
        <w:pStyle w:val="ListNumber"/>
      </w:pPr>
      <w:r>
        <w:t>3. Create and publish surveys.</w:t>
      </w:r>
    </w:p>
    <w:p w14:paraId="48A1D3F0" w14:textId="77777777" w:rsidR="00637275" w:rsidRDefault="00000000">
      <w:pPr>
        <w:pStyle w:val="ListNumber"/>
      </w:pPr>
      <w:r>
        <w:t>4. Analyze and export survey responses.</w:t>
      </w:r>
    </w:p>
    <w:p w14:paraId="034C8C56" w14:textId="77777777" w:rsidR="00637275" w:rsidRDefault="00000000">
      <w:pPr>
        <w:pStyle w:val="Heading2"/>
      </w:pPr>
      <w:r>
        <w:t>How LimeSurvey Works</w:t>
      </w:r>
    </w:p>
    <w:p w14:paraId="2AB0732B" w14:textId="77777777" w:rsidR="00637275" w:rsidRDefault="00000000">
      <w:pPr>
        <w:pStyle w:val="ListBullet"/>
      </w:pPr>
      <w:r>
        <w:t>• Survey Design: Build surveys with multiple question types and logic.</w:t>
      </w:r>
    </w:p>
    <w:p w14:paraId="4E3F0DBE" w14:textId="77777777" w:rsidR="00637275" w:rsidRDefault="00000000">
      <w:pPr>
        <w:pStyle w:val="ListBullet"/>
      </w:pPr>
      <w:r>
        <w:t>• Survey Distribution: Share surveys via links or email invitations.</w:t>
      </w:r>
    </w:p>
    <w:p w14:paraId="63FF09B0" w14:textId="77777777" w:rsidR="00637275" w:rsidRDefault="00000000">
      <w:pPr>
        <w:pStyle w:val="ListBullet"/>
      </w:pPr>
      <w:r>
        <w:t>• Response Collection: Collect participant answers securely.</w:t>
      </w:r>
    </w:p>
    <w:p w14:paraId="4A2392B5" w14:textId="77777777" w:rsidR="00637275" w:rsidRDefault="00000000">
      <w:pPr>
        <w:pStyle w:val="ListBullet"/>
      </w:pPr>
      <w:r>
        <w:t>• Data Analysis: Export and analyze results in multiple formats.</w:t>
      </w:r>
    </w:p>
    <w:p w14:paraId="51C00790" w14:textId="77777777" w:rsidR="00637275" w:rsidRDefault="00000000">
      <w:pPr>
        <w:pStyle w:val="Heading2"/>
      </w:pPr>
      <w:r>
        <w:t>Helpful Links</w:t>
      </w:r>
    </w:p>
    <w:p w14:paraId="4EEF0909" w14:textId="77777777" w:rsidR="00637275" w:rsidRPr="00E13668" w:rsidRDefault="00000000">
      <w:pPr>
        <w:pStyle w:val="ListBullet"/>
        <w:rPr>
          <w:lang w:val="fr-FR"/>
        </w:rPr>
      </w:pPr>
      <w:r w:rsidRPr="00E13668">
        <w:rPr>
          <w:lang w:val="fr-FR"/>
        </w:rPr>
        <w:t xml:space="preserve">• Official </w:t>
      </w:r>
      <w:proofErr w:type="spellStart"/>
      <w:r w:rsidRPr="00E13668">
        <w:rPr>
          <w:lang w:val="fr-FR"/>
        </w:rPr>
        <w:t>LimeSurvey</w:t>
      </w:r>
      <w:proofErr w:type="spellEnd"/>
      <w:r w:rsidRPr="00E13668">
        <w:rPr>
          <w:lang w:val="fr-FR"/>
        </w:rPr>
        <w:t xml:space="preserve"> Documentation: https://manual.limesurvey.org/Main_Page</w:t>
      </w:r>
    </w:p>
    <w:p w14:paraId="433A836C" w14:textId="77777777" w:rsidR="00637275" w:rsidRDefault="00000000">
      <w:pPr>
        <w:pStyle w:val="ListBullet"/>
      </w:pPr>
      <w:r>
        <w:t>• Download &amp; Install: https://www.limesurvey.org/downloads</w:t>
      </w:r>
    </w:p>
    <w:p w14:paraId="36D0A851" w14:textId="77777777" w:rsidR="00637275" w:rsidRPr="00E13668" w:rsidRDefault="00000000">
      <w:pPr>
        <w:pStyle w:val="ListBullet"/>
        <w:rPr>
          <w:lang w:val="fr-FR"/>
        </w:rPr>
      </w:pPr>
      <w:r w:rsidRPr="00E13668">
        <w:rPr>
          <w:lang w:val="fr-FR"/>
        </w:rPr>
        <w:t xml:space="preserve">• </w:t>
      </w:r>
      <w:proofErr w:type="spellStart"/>
      <w:r w:rsidRPr="00E13668">
        <w:rPr>
          <w:lang w:val="fr-FR"/>
        </w:rPr>
        <w:t>LimeSurvey</w:t>
      </w:r>
      <w:proofErr w:type="spellEnd"/>
      <w:r w:rsidRPr="00E13668">
        <w:rPr>
          <w:lang w:val="fr-FR"/>
        </w:rPr>
        <w:t xml:space="preserve"> GitHub Repo: https://github.com/LimeSurvey/LimeSurvey</w:t>
      </w:r>
    </w:p>
    <w:p w14:paraId="7DD5FC58" w14:textId="77777777" w:rsidR="00637275" w:rsidRDefault="00000000">
      <w:r>
        <w:t xml:space="preserve">Tip: Keep </w:t>
      </w:r>
      <w:proofErr w:type="spellStart"/>
      <w:r>
        <w:t>LimeSurvey</w:t>
      </w:r>
      <w:proofErr w:type="spellEnd"/>
      <w:r>
        <w:t xml:space="preserve"> updated for security and features.</w:t>
      </w:r>
    </w:p>
    <w:p w14:paraId="153EC2C5" w14:textId="77777777" w:rsidR="00637275" w:rsidRDefault="00000000">
      <w:pPr>
        <w:pStyle w:val="Heading2"/>
      </w:pPr>
      <w:r>
        <w:t>Need Help?</w:t>
      </w:r>
    </w:p>
    <w:p w14:paraId="23C2AA5A" w14:textId="77777777" w:rsidR="00637275" w:rsidRDefault="00000000">
      <w:r>
        <w:t>Visit LimeSurvey forums and docs for support: https://forums.limesurvey.org/</w:t>
      </w:r>
    </w:p>
    <w:sectPr w:rsidR="00637275"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7E724" w14:textId="77777777" w:rsidR="00777892" w:rsidRDefault="00777892" w:rsidP="00E13668">
      <w:pPr>
        <w:spacing w:after="0" w:line="240" w:lineRule="auto"/>
      </w:pPr>
      <w:r>
        <w:separator/>
      </w:r>
    </w:p>
  </w:endnote>
  <w:endnote w:type="continuationSeparator" w:id="0">
    <w:p w14:paraId="61458A70" w14:textId="77777777" w:rsidR="00777892" w:rsidRDefault="00777892" w:rsidP="00E1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A73B" w14:textId="67912935" w:rsidR="00E13668" w:rsidRPr="00E13668" w:rsidRDefault="00E13668">
    <w:pPr>
      <w:pStyle w:val="Footer"/>
      <w:rPr>
        <w:lang w:val="en-ZA"/>
      </w:rPr>
    </w:pPr>
    <w:r>
      <w:rPr>
        <w:lang w:val="en-ZA"/>
      </w:rPr>
      <w:t>By Thendo Malima  v0.01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1FA07" w14:textId="77777777" w:rsidR="00777892" w:rsidRDefault="00777892" w:rsidP="00E13668">
      <w:pPr>
        <w:spacing w:after="0" w:line="240" w:lineRule="auto"/>
      </w:pPr>
      <w:r>
        <w:separator/>
      </w:r>
    </w:p>
  </w:footnote>
  <w:footnote w:type="continuationSeparator" w:id="0">
    <w:p w14:paraId="73A6011A" w14:textId="77777777" w:rsidR="00777892" w:rsidRDefault="00777892" w:rsidP="00E13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0762" w14:textId="23274EC8" w:rsidR="00E13668" w:rsidRDefault="00E13668">
    <w:pPr>
      <w:pStyle w:val="Header"/>
    </w:pPr>
    <w:r w:rsidRPr="001B4626">
      <w:rPr>
        <w:noProof/>
        <w:lang w:val="en-ZA"/>
      </w:rPr>
      <w:drawing>
        <wp:inline distT="0" distB="0" distL="0" distR="0" wp14:anchorId="36061551" wp14:editId="226C82EB">
          <wp:extent cx="1470660" cy="464820"/>
          <wp:effectExtent l="0" t="0" r="0" b="0"/>
          <wp:docPr id="1906320103" name="Picture 2" descr="Picture 1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2,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464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8627926">
    <w:abstractNumId w:val="8"/>
  </w:num>
  <w:num w:numId="2" w16cid:durableId="1969506001">
    <w:abstractNumId w:val="6"/>
  </w:num>
  <w:num w:numId="3" w16cid:durableId="1375733596">
    <w:abstractNumId w:val="5"/>
  </w:num>
  <w:num w:numId="4" w16cid:durableId="1605189136">
    <w:abstractNumId w:val="4"/>
  </w:num>
  <w:num w:numId="5" w16cid:durableId="1449931825">
    <w:abstractNumId w:val="7"/>
  </w:num>
  <w:num w:numId="6" w16cid:durableId="2023781963">
    <w:abstractNumId w:val="3"/>
  </w:num>
  <w:num w:numId="7" w16cid:durableId="964625634">
    <w:abstractNumId w:val="2"/>
  </w:num>
  <w:num w:numId="8" w16cid:durableId="261763497">
    <w:abstractNumId w:val="1"/>
  </w:num>
  <w:num w:numId="9" w16cid:durableId="1680081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37275"/>
    <w:rsid w:val="00777892"/>
    <w:rsid w:val="00A35BCD"/>
    <w:rsid w:val="00AA1D8D"/>
    <w:rsid w:val="00B47730"/>
    <w:rsid w:val="00CB0664"/>
    <w:rsid w:val="00E13668"/>
    <w:rsid w:val="00FC693F"/>
    <w:rsid w:val="00FD4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5330D3"/>
  <w14:defaultImageDpi w14:val="300"/>
  <w15:docId w15:val="{186D6827-ED83-4B38-A54A-6D4597DE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78487">
      <w:bodyDiv w:val="1"/>
      <w:marLeft w:val="0"/>
      <w:marRight w:val="0"/>
      <w:marTop w:val="0"/>
      <w:marBottom w:val="0"/>
      <w:divBdr>
        <w:top w:val="none" w:sz="0" w:space="0" w:color="auto"/>
        <w:left w:val="none" w:sz="0" w:space="0" w:color="auto"/>
        <w:bottom w:val="none" w:sz="0" w:space="0" w:color="auto"/>
        <w:right w:val="none" w:sz="0" w:space="0" w:color="auto"/>
      </w:divBdr>
      <w:divsChild>
        <w:div w:id="1042093759">
          <w:marLeft w:val="0"/>
          <w:marRight w:val="0"/>
          <w:marTop w:val="0"/>
          <w:marBottom w:val="0"/>
          <w:divBdr>
            <w:top w:val="none" w:sz="0" w:space="0" w:color="auto"/>
            <w:left w:val="none" w:sz="0" w:space="0" w:color="auto"/>
            <w:bottom w:val="none" w:sz="0" w:space="0" w:color="auto"/>
            <w:right w:val="none" w:sz="0" w:space="0" w:color="auto"/>
          </w:divBdr>
          <w:divsChild>
            <w:div w:id="1478958218">
              <w:marLeft w:val="0"/>
              <w:marRight w:val="0"/>
              <w:marTop w:val="0"/>
              <w:marBottom w:val="0"/>
              <w:divBdr>
                <w:top w:val="none" w:sz="0" w:space="0" w:color="auto"/>
                <w:left w:val="none" w:sz="0" w:space="0" w:color="auto"/>
                <w:bottom w:val="none" w:sz="0" w:space="0" w:color="auto"/>
                <w:right w:val="none" w:sz="0" w:space="0" w:color="auto"/>
              </w:divBdr>
            </w:div>
            <w:div w:id="1639064647">
              <w:marLeft w:val="0"/>
              <w:marRight w:val="0"/>
              <w:marTop w:val="0"/>
              <w:marBottom w:val="0"/>
              <w:divBdr>
                <w:top w:val="none" w:sz="0" w:space="0" w:color="auto"/>
                <w:left w:val="none" w:sz="0" w:space="0" w:color="auto"/>
                <w:bottom w:val="none" w:sz="0" w:space="0" w:color="auto"/>
                <w:right w:val="none" w:sz="0" w:space="0" w:color="auto"/>
              </w:divBdr>
            </w:div>
            <w:div w:id="1105730630">
              <w:marLeft w:val="0"/>
              <w:marRight w:val="0"/>
              <w:marTop w:val="0"/>
              <w:marBottom w:val="0"/>
              <w:divBdr>
                <w:top w:val="none" w:sz="0" w:space="0" w:color="auto"/>
                <w:left w:val="none" w:sz="0" w:space="0" w:color="auto"/>
                <w:bottom w:val="none" w:sz="0" w:space="0" w:color="auto"/>
                <w:right w:val="none" w:sz="0" w:space="0" w:color="auto"/>
              </w:divBdr>
            </w:div>
            <w:div w:id="1288197901">
              <w:marLeft w:val="0"/>
              <w:marRight w:val="0"/>
              <w:marTop w:val="0"/>
              <w:marBottom w:val="0"/>
              <w:divBdr>
                <w:top w:val="none" w:sz="0" w:space="0" w:color="auto"/>
                <w:left w:val="none" w:sz="0" w:space="0" w:color="auto"/>
                <w:bottom w:val="none" w:sz="0" w:space="0" w:color="auto"/>
                <w:right w:val="none" w:sz="0" w:space="0" w:color="auto"/>
              </w:divBdr>
            </w:div>
            <w:div w:id="669715913">
              <w:marLeft w:val="0"/>
              <w:marRight w:val="0"/>
              <w:marTop w:val="0"/>
              <w:marBottom w:val="0"/>
              <w:divBdr>
                <w:top w:val="none" w:sz="0" w:space="0" w:color="auto"/>
                <w:left w:val="none" w:sz="0" w:space="0" w:color="auto"/>
                <w:bottom w:val="none" w:sz="0" w:space="0" w:color="auto"/>
                <w:right w:val="none" w:sz="0" w:space="0" w:color="auto"/>
              </w:divBdr>
            </w:div>
            <w:div w:id="1605336971">
              <w:marLeft w:val="0"/>
              <w:marRight w:val="0"/>
              <w:marTop w:val="0"/>
              <w:marBottom w:val="0"/>
              <w:divBdr>
                <w:top w:val="none" w:sz="0" w:space="0" w:color="auto"/>
                <w:left w:val="none" w:sz="0" w:space="0" w:color="auto"/>
                <w:bottom w:val="none" w:sz="0" w:space="0" w:color="auto"/>
                <w:right w:val="none" w:sz="0" w:space="0" w:color="auto"/>
              </w:divBdr>
            </w:div>
            <w:div w:id="508522548">
              <w:marLeft w:val="0"/>
              <w:marRight w:val="0"/>
              <w:marTop w:val="0"/>
              <w:marBottom w:val="0"/>
              <w:divBdr>
                <w:top w:val="none" w:sz="0" w:space="0" w:color="auto"/>
                <w:left w:val="none" w:sz="0" w:space="0" w:color="auto"/>
                <w:bottom w:val="none" w:sz="0" w:space="0" w:color="auto"/>
                <w:right w:val="none" w:sz="0" w:space="0" w:color="auto"/>
              </w:divBdr>
            </w:div>
            <w:div w:id="796948643">
              <w:marLeft w:val="0"/>
              <w:marRight w:val="0"/>
              <w:marTop w:val="0"/>
              <w:marBottom w:val="0"/>
              <w:divBdr>
                <w:top w:val="none" w:sz="0" w:space="0" w:color="auto"/>
                <w:left w:val="none" w:sz="0" w:space="0" w:color="auto"/>
                <w:bottom w:val="none" w:sz="0" w:space="0" w:color="auto"/>
                <w:right w:val="none" w:sz="0" w:space="0" w:color="auto"/>
              </w:divBdr>
            </w:div>
            <w:div w:id="1048067369">
              <w:marLeft w:val="0"/>
              <w:marRight w:val="0"/>
              <w:marTop w:val="0"/>
              <w:marBottom w:val="0"/>
              <w:divBdr>
                <w:top w:val="none" w:sz="0" w:space="0" w:color="auto"/>
                <w:left w:val="none" w:sz="0" w:space="0" w:color="auto"/>
                <w:bottom w:val="none" w:sz="0" w:space="0" w:color="auto"/>
                <w:right w:val="none" w:sz="0" w:space="0" w:color="auto"/>
              </w:divBdr>
            </w:div>
            <w:div w:id="1683244110">
              <w:marLeft w:val="0"/>
              <w:marRight w:val="0"/>
              <w:marTop w:val="0"/>
              <w:marBottom w:val="0"/>
              <w:divBdr>
                <w:top w:val="none" w:sz="0" w:space="0" w:color="auto"/>
                <w:left w:val="none" w:sz="0" w:space="0" w:color="auto"/>
                <w:bottom w:val="none" w:sz="0" w:space="0" w:color="auto"/>
                <w:right w:val="none" w:sz="0" w:space="0" w:color="auto"/>
              </w:divBdr>
            </w:div>
            <w:div w:id="1842231056">
              <w:marLeft w:val="0"/>
              <w:marRight w:val="0"/>
              <w:marTop w:val="0"/>
              <w:marBottom w:val="0"/>
              <w:divBdr>
                <w:top w:val="none" w:sz="0" w:space="0" w:color="auto"/>
                <w:left w:val="none" w:sz="0" w:space="0" w:color="auto"/>
                <w:bottom w:val="none" w:sz="0" w:space="0" w:color="auto"/>
                <w:right w:val="none" w:sz="0" w:space="0" w:color="auto"/>
              </w:divBdr>
            </w:div>
            <w:div w:id="2119984702">
              <w:marLeft w:val="0"/>
              <w:marRight w:val="0"/>
              <w:marTop w:val="0"/>
              <w:marBottom w:val="0"/>
              <w:divBdr>
                <w:top w:val="none" w:sz="0" w:space="0" w:color="auto"/>
                <w:left w:val="none" w:sz="0" w:space="0" w:color="auto"/>
                <w:bottom w:val="none" w:sz="0" w:space="0" w:color="auto"/>
                <w:right w:val="none" w:sz="0" w:space="0" w:color="auto"/>
              </w:divBdr>
            </w:div>
            <w:div w:id="1947157017">
              <w:marLeft w:val="0"/>
              <w:marRight w:val="0"/>
              <w:marTop w:val="0"/>
              <w:marBottom w:val="0"/>
              <w:divBdr>
                <w:top w:val="none" w:sz="0" w:space="0" w:color="auto"/>
                <w:left w:val="none" w:sz="0" w:space="0" w:color="auto"/>
                <w:bottom w:val="none" w:sz="0" w:space="0" w:color="auto"/>
                <w:right w:val="none" w:sz="0" w:space="0" w:color="auto"/>
              </w:divBdr>
            </w:div>
            <w:div w:id="1442456829">
              <w:marLeft w:val="0"/>
              <w:marRight w:val="0"/>
              <w:marTop w:val="0"/>
              <w:marBottom w:val="0"/>
              <w:divBdr>
                <w:top w:val="none" w:sz="0" w:space="0" w:color="auto"/>
                <w:left w:val="none" w:sz="0" w:space="0" w:color="auto"/>
                <w:bottom w:val="none" w:sz="0" w:space="0" w:color="auto"/>
                <w:right w:val="none" w:sz="0" w:space="0" w:color="auto"/>
              </w:divBdr>
            </w:div>
            <w:div w:id="218170428">
              <w:marLeft w:val="0"/>
              <w:marRight w:val="0"/>
              <w:marTop w:val="0"/>
              <w:marBottom w:val="0"/>
              <w:divBdr>
                <w:top w:val="none" w:sz="0" w:space="0" w:color="auto"/>
                <w:left w:val="none" w:sz="0" w:space="0" w:color="auto"/>
                <w:bottom w:val="none" w:sz="0" w:space="0" w:color="auto"/>
                <w:right w:val="none" w:sz="0" w:space="0" w:color="auto"/>
              </w:divBdr>
            </w:div>
            <w:div w:id="1843469038">
              <w:marLeft w:val="0"/>
              <w:marRight w:val="0"/>
              <w:marTop w:val="0"/>
              <w:marBottom w:val="0"/>
              <w:divBdr>
                <w:top w:val="none" w:sz="0" w:space="0" w:color="auto"/>
                <w:left w:val="none" w:sz="0" w:space="0" w:color="auto"/>
                <w:bottom w:val="none" w:sz="0" w:space="0" w:color="auto"/>
                <w:right w:val="none" w:sz="0" w:space="0" w:color="auto"/>
              </w:divBdr>
            </w:div>
            <w:div w:id="727191398">
              <w:marLeft w:val="0"/>
              <w:marRight w:val="0"/>
              <w:marTop w:val="0"/>
              <w:marBottom w:val="0"/>
              <w:divBdr>
                <w:top w:val="none" w:sz="0" w:space="0" w:color="auto"/>
                <w:left w:val="none" w:sz="0" w:space="0" w:color="auto"/>
                <w:bottom w:val="none" w:sz="0" w:space="0" w:color="auto"/>
                <w:right w:val="none" w:sz="0" w:space="0" w:color="auto"/>
              </w:divBdr>
            </w:div>
            <w:div w:id="1079448367">
              <w:marLeft w:val="0"/>
              <w:marRight w:val="0"/>
              <w:marTop w:val="0"/>
              <w:marBottom w:val="0"/>
              <w:divBdr>
                <w:top w:val="none" w:sz="0" w:space="0" w:color="auto"/>
                <w:left w:val="none" w:sz="0" w:space="0" w:color="auto"/>
                <w:bottom w:val="none" w:sz="0" w:space="0" w:color="auto"/>
                <w:right w:val="none" w:sz="0" w:space="0" w:color="auto"/>
              </w:divBdr>
            </w:div>
            <w:div w:id="1962345908">
              <w:marLeft w:val="0"/>
              <w:marRight w:val="0"/>
              <w:marTop w:val="0"/>
              <w:marBottom w:val="0"/>
              <w:divBdr>
                <w:top w:val="none" w:sz="0" w:space="0" w:color="auto"/>
                <w:left w:val="none" w:sz="0" w:space="0" w:color="auto"/>
                <w:bottom w:val="none" w:sz="0" w:space="0" w:color="auto"/>
                <w:right w:val="none" w:sz="0" w:space="0" w:color="auto"/>
              </w:divBdr>
            </w:div>
            <w:div w:id="1304848464">
              <w:marLeft w:val="0"/>
              <w:marRight w:val="0"/>
              <w:marTop w:val="0"/>
              <w:marBottom w:val="0"/>
              <w:divBdr>
                <w:top w:val="none" w:sz="0" w:space="0" w:color="auto"/>
                <w:left w:val="none" w:sz="0" w:space="0" w:color="auto"/>
                <w:bottom w:val="none" w:sz="0" w:space="0" w:color="auto"/>
                <w:right w:val="none" w:sz="0" w:space="0" w:color="auto"/>
              </w:divBdr>
            </w:div>
            <w:div w:id="2001077536">
              <w:marLeft w:val="0"/>
              <w:marRight w:val="0"/>
              <w:marTop w:val="0"/>
              <w:marBottom w:val="0"/>
              <w:divBdr>
                <w:top w:val="none" w:sz="0" w:space="0" w:color="auto"/>
                <w:left w:val="none" w:sz="0" w:space="0" w:color="auto"/>
                <w:bottom w:val="none" w:sz="0" w:space="0" w:color="auto"/>
                <w:right w:val="none" w:sz="0" w:space="0" w:color="auto"/>
              </w:divBdr>
            </w:div>
            <w:div w:id="742991680">
              <w:marLeft w:val="0"/>
              <w:marRight w:val="0"/>
              <w:marTop w:val="0"/>
              <w:marBottom w:val="0"/>
              <w:divBdr>
                <w:top w:val="none" w:sz="0" w:space="0" w:color="auto"/>
                <w:left w:val="none" w:sz="0" w:space="0" w:color="auto"/>
                <w:bottom w:val="none" w:sz="0" w:space="0" w:color="auto"/>
                <w:right w:val="none" w:sz="0" w:space="0" w:color="auto"/>
              </w:divBdr>
            </w:div>
            <w:div w:id="1365716770">
              <w:marLeft w:val="0"/>
              <w:marRight w:val="0"/>
              <w:marTop w:val="0"/>
              <w:marBottom w:val="0"/>
              <w:divBdr>
                <w:top w:val="none" w:sz="0" w:space="0" w:color="auto"/>
                <w:left w:val="none" w:sz="0" w:space="0" w:color="auto"/>
                <w:bottom w:val="none" w:sz="0" w:space="0" w:color="auto"/>
                <w:right w:val="none" w:sz="0" w:space="0" w:color="auto"/>
              </w:divBdr>
            </w:div>
            <w:div w:id="1013990152">
              <w:marLeft w:val="0"/>
              <w:marRight w:val="0"/>
              <w:marTop w:val="0"/>
              <w:marBottom w:val="0"/>
              <w:divBdr>
                <w:top w:val="none" w:sz="0" w:space="0" w:color="auto"/>
                <w:left w:val="none" w:sz="0" w:space="0" w:color="auto"/>
                <w:bottom w:val="none" w:sz="0" w:space="0" w:color="auto"/>
                <w:right w:val="none" w:sz="0" w:space="0" w:color="auto"/>
              </w:divBdr>
            </w:div>
            <w:div w:id="464858816">
              <w:marLeft w:val="0"/>
              <w:marRight w:val="0"/>
              <w:marTop w:val="0"/>
              <w:marBottom w:val="0"/>
              <w:divBdr>
                <w:top w:val="none" w:sz="0" w:space="0" w:color="auto"/>
                <w:left w:val="none" w:sz="0" w:space="0" w:color="auto"/>
                <w:bottom w:val="none" w:sz="0" w:space="0" w:color="auto"/>
                <w:right w:val="none" w:sz="0" w:space="0" w:color="auto"/>
              </w:divBdr>
            </w:div>
            <w:div w:id="290867412">
              <w:marLeft w:val="0"/>
              <w:marRight w:val="0"/>
              <w:marTop w:val="0"/>
              <w:marBottom w:val="0"/>
              <w:divBdr>
                <w:top w:val="none" w:sz="0" w:space="0" w:color="auto"/>
                <w:left w:val="none" w:sz="0" w:space="0" w:color="auto"/>
                <w:bottom w:val="none" w:sz="0" w:space="0" w:color="auto"/>
                <w:right w:val="none" w:sz="0" w:space="0" w:color="auto"/>
              </w:divBdr>
            </w:div>
            <w:div w:id="425884369">
              <w:marLeft w:val="0"/>
              <w:marRight w:val="0"/>
              <w:marTop w:val="0"/>
              <w:marBottom w:val="0"/>
              <w:divBdr>
                <w:top w:val="none" w:sz="0" w:space="0" w:color="auto"/>
                <w:left w:val="none" w:sz="0" w:space="0" w:color="auto"/>
                <w:bottom w:val="none" w:sz="0" w:space="0" w:color="auto"/>
                <w:right w:val="none" w:sz="0" w:space="0" w:color="auto"/>
              </w:divBdr>
            </w:div>
            <w:div w:id="1251817860">
              <w:marLeft w:val="0"/>
              <w:marRight w:val="0"/>
              <w:marTop w:val="0"/>
              <w:marBottom w:val="0"/>
              <w:divBdr>
                <w:top w:val="none" w:sz="0" w:space="0" w:color="auto"/>
                <w:left w:val="none" w:sz="0" w:space="0" w:color="auto"/>
                <w:bottom w:val="none" w:sz="0" w:space="0" w:color="auto"/>
                <w:right w:val="none" w:sz="0" w:space="0" w:color="auto"/>
              </w:divBdr>
            </w:div>
            <w:div w:id="61148460">
              <w:marLeft w:val="0"/>
              <w:marRight w:val="0"/>
              <w:marTop w:val="0"/>
              <w:marBottom w:val="0"/>
              <w:divBdr>
                <w:top w:val="none" w:sz="0" w:space="0" w:color="auto"/>
                <w:left w:val="none" w:sz="0" w:space="0" w:color="auto"/>
                <w:bottom w:val="none" w:sz="0" w:space="0" w:color="auto"/>
                <w:right w:val="none" w:sz="0" w:space="0" w:color="auto"/>
              </w:divBdr>
            </w:div>
            <w:div w:id="1254390075">
              <w:marLeft w:val="0"/>
              <w:marRight w:val="0"/>
              <w:marTop w:val="0"/>
              <w:marBottom w:val="0"/>
              <w:divBdr>
                <w:top w:val="none" w:sz="0" w:space="0" w:color="auto"/>
                <w:left w:val="none" w:sz="0" w:space="0" w:color="auto"/>
                <w:bottom w:val="none" w:sz="0" w:space="0" w:color="auto"/>
                <w:right w:val="none" w:sz="0" w:space="0" w:color="auto"/>
              </w:divBdr>
            </w:div>
            <w:div w:id="2049063123">
              <w:marLeft w:val="0"/>
              <w:marRight w:val="0"/>
              <w:marTop w:val="0"/>
              <w:marBottom w:val="0"/>
              <w:divBdr>
                <w:top w:val="none" w:sz="0" w:space="0" w:color="auto"/>
                <w:left w:val="none" w:sz="0" w:space="0" w:color="auto"/>
                <w:bottom w:val="none" w:sz="0" w:space="0" w:color="auto"/>
                <w:right w:val="none" w:sz="0" w:space="0" w:color="auto"/>
              </w:divBdr>
            </w:div>
            <w:div w:id="311956824">
              <w:marLeft w:val="0"/>
              <w:marRight w:val="0"/>
              <w:marTop w:val="0"/>
              <w:marBottom w:val="0"/>
              <w:divBdr>
                <w:top w:val="none" w:sz="0" w:space="0" w:color="auto"/>
                <w:left w:val="none" w:sz="0" w:space="0" w:color="auto"/>
                <w:bottom w:val="none" w:sz="0" w:space="0" w:color="auto"/>
                <w:right w:val="none" w:sz="0" w:space="0" w:color="auto"/>
              </w:divBdr>
            </w:div>
            <w:div w:id="1321882049">
              <w:marLeft w:val="0"/>
              <w:marRight w:val="0"/>
              <w:marTop w:val="0"/>
              <w:marBottom w:val="0"/>
              <w:divBdr>
                <w:top w:val="none" w:sz="0" w:space="0" w:color="auto"/>
                <w:left w:val="none" w:sz="0" w:space="0" w:color="auto"/>
                <w:bottom w:val="none" w:sz="0" w:space="0" w:color="auto"/>
                <w:right w:val="none" w:sz="0" w:space="0" w:color="auto"/>
              </w:divBdr>
            </w:div>
            <w:div w:id="1792213152">
              <w:marLeft w:val="0"/>
              <w:marRight w:val="0"/>
              <w:marTop w:val="0"/>
              <w:marBottom w:val="0"/>
              <w:divBdr>
                <w:top w:val="none" w:sz="0" w:space="0" w:color="auto"/>
                <w:left w:val="none" w:sz="0" w:space="0" w:color="auto"/>
                <w:bottom w:val="none" w:sz="0" w:space="0" w:color="auto"/>
                <w:right w:val="none" w:sz="0" w:space="0" w:color="auto"/>
              </w:divBdr>
            </w:div>
            <w:div w:id="269552301">
              <w:marLeft w:val="0"/>
              <w:marRight w:val="0"/>
              <w:marTop w:val="0"/>
              <w:marBottom w:val="0"/>
              <w:divBdr>
                <w:top w:val="none" w:sz="0" w:space="0" w:color="auto"/>
                <w:left w:val="none" w:sz="0" w:space="0" w:color="auto"/>
                <w:bottom w:val="none" w:sz="0" w:space="0" w:color="auto"/>
                <w:right w:val="none" w:sz="0" w:space="0" w:color="auto"/>
              </w:divBdr>
            </w:div>
            <w:div w:id="278029983">
              <w:marLeft w:val="0"/>
              <w:marRight w:val="0"/>
              <w:marTop w:val="0"/>
              <w:marBottom w:val="0"/>
              <w:divBdr>
                <w:top w:val="none" w:sz="0" w:space="0" w:color="auto"/>
                <w:left w:val="none" w:sz="0" w:space="0" w:color="auto"/>
                <w:bottom w:val="none" w:sz="0" w:space="0" w:color="auto"/>
                <w:right w:val="none" w:sz="0" w:space="0" w:color="auto"/>
              </w:divBdr>
            </w:div>
            <w:div w:id="1987973005">
              <w:marLeft w:val="0"/>
              <w:marRight w:val="0"/>
              <w:marTop w:val="0"/>
              <w:marBottom w:val="0"/>
              <w:divBdr>
                <w:top w:val="none" w:sz="0" w:space="0" w:color="auto"/>
                <w:left w:val="none" w:sz="0" w:space="0" w:color="auto"/>
                <w:bottom w:val="none" w:sz="0" w:space="0" w:color="auto"/>
                <w:right w:val="none" w:sz="0" w:space="0" w:color="auto"/>
              </w:divBdr>
            </w:div>
            <w:div w:id="287127554">
              <w:marLeft w:val="0"/>
              <w:marRight w:val="0"/>
              <w:marTop w:val="0"/>
              <w:marBottom w:val="0"/>
              <w:divBdr>
                <w:top w:val="none" w:sz="0" w:space="0" w:color="auto"/>
                <w:left w:val="none" w:sz="0" w:space="0" w:color="auto"/>
                <w:bottom w:val="none" w:sz="0" w:space="0" w:color="auto"/>
                <w:right w:val="none" w:sz="0" w:space="0" w:color="auto"/>
              </w:divBdr>
            </w:div>
            <w:div w:id="1049961503">
              <w:marLeft w:val="0"/>
              <w:marRight w:val="0"/>
              <w:marTop w:val="0"/>
              <w:marBottom w:val="0"/>
              <w:divBdr>
                <w:top w:val="none" w:sz="0" w:space="0" w:color="auto"/>
                <w:left w:val="none" w:sz="0" w:space="0" w:color="auto"/>
                <w:bottom w:val="none" w:sz="0" w:space="0" w:color="auto"/>
                <w:right w:val="none" w:sz="0" w:space="0" w:color="auto"/>
              </w:divBdr>
            </w:div>
            <w:div w:id="1031953205">
              <w:marLeft w:val="0"/>
              <w:marRight w:val="0"/>
              <w:marTop w:val="0"/>
              <w:marBottom w:val="0"/>
              <w:divBdr>
                <w:top w:val="none" w:sz="0" w:space="0" w:color="auto"/>
                <w:left w:val="none" w:sz="0" w:space="0" w:color="auto"/>
                <w:bottom w:val="none" w:sz="0" w:space="0" w:color="auto"/>
                <w:right w:val="none" w:sz="0" w:space="0" w:color="auto"/>
              </w:divBdr>
            </w:div>
            <w:div w:id="597712701">
              <w:marLeft w:val="0"/>
              <w:marRight w:val="0"/>
              <w:marTop w:val="0"/>
              <w:marBottom w:val="0"/>
              <w:divBdr>
                <w:top w:val="none" w:sz="0" w:space="0" w:color="auto"/>
                <w:left w:val="none" w:sz="0" w:space="0" w:color="auto"/>
                <w:bottom w:val="none" w:sz="0" w:space="0" w:color="auto"/>
                <w:right w:val="none" w:sz="0" w:space="0" w:color="auto"/>
              </w:divBdr>
            </w:div>
            <w:div w:id="1519544565">
              <w:marLeft w:val="0"/>
              <w:marRight w:val="0"/>
              <w:marTop w:val="0"/>
              <w:marBottom w:val="0"/>
              <w:divBdr>
                <w:top w:val="none" w:sz="0" w:space="0" w:color="auto"/>
                <w:left w:val="none" w:sz="0" w:space="0" w:color="auto"/>
                <w:bottom w:val="none" w:sz="0" w:space="0" w:color="auto"/>
                <w:right w:val="none" w:sz="0" w:space="0" w:color="auto"/>
              </w:divBdr>
            </w:div>
            <w:div w:id="860246889">
              <w:marLeft w:val="0"/>
              <w:marRight w:val="0"/>
              <w:marTop w:val="0"/>
              <w:marBottom w:val="0"/>
              <w:divBdr>
                <w:top w:val="none" w:sz="0" w:space="0" w:color="auto"/>
                <w:left w:val="none" w:sz="0" w:space="0" w:color="auto"/>
                <w:bottom w:val="none" w:sz="0" w:space="0" w:color="auto"/>
                <w:right w:val="none" w:sz="0" w:space="0" w:color="auto"/>
              </w:divBdr>
            </w:div>
            <w:div w:id="2117599990">
              <w:marLeft w:val="0"/>
              <w:marRight w:val="0"/>
              <w:marTop w:val="0"/>
              <w:marBottom w:val="0"/>
              <w:divBdr>
                <w:top w:val="none" w:sz="0" w:space="0" w:color="auto"/>
                <w:left w:val="none" w:sz="0" w:space="0" w:color="auto"/>
                <w:bottom w:val="none" w:sz="0" w:space="0" w:color="auto"/>
                <w:right w:val="none" w:sz="0" w:space="0" w:color="auto"/>
              </w:divBdr>
            </w:div>
            <w:div w:id="837430477">
              <w:marLeft w:val="0"/>
              <w:marRight w:val="0"/>
              <w:marTop w:val="0"/>
              <w:marBottom w:val="0"/>
              <w:divBdr>
                <w:top w:val="none" w:sz="0" w:space="0" w:color="auto"/>
                <w:left w:val="none" w:sz="0" w:space="0" w:color="auto"/>
                <w:bottom w:val="none" w:sz="0" w:space="0" w:color="auto"/>
                <w:right w:val="none" w:sz="0" w:space="0" w:color="auto"/>
              </w:divBdr>
            </w:div>
            <w:div w:id="1294480669">
              <w:marLeft w:val="0"/>
              <w:marRight w:val="0"/>
              <w:marTop w:val="0"/>
              <w:marBottom w:val="0"/>
              <w:divBdr>
                <w:top w:val="none" w:sz="0" w:space="0" w:color="auto"/>
                <w:left w:val="none" w:sz="0" w:space="0" w:color="auto"/>
                <w:bottom w:val="none" w:sz="0" w:space="0" w:color="auto"/>
                <w:right w:val="none" w:sz="0" w:space="0" w:color="auto"/>
              </w:divBdr>
            </w:div>
            <w:div w:id="1131552828">
              <w:marLeft w:val="0"/>
              <w:marRight w:val="0"/>
              <w:marTop w:val="0"/>
              <w:marBottom w:val="0"/>
              <w:divBdr>
                <w:top w:val="none" w:sz="0" w:space="0" w:color="auto"/>
                <w:left w:val="none" w:sz="0" w:space="0" w:color="auto"/>
                <w:bottom w:val="none" w:sz="0" w:space="0" w:color="auto"/>
                <w:right w:val="none" w:sz="0" w:space="0" w:color="auto"/>
              </w:divBdr>
            </w:div>
            <w:div w:id="913389768">
              <w:marLeft w:val="0"/>
              <w:marRight w:val="0"/>
              <w:marTop w:val="0"/>
              <w:marBottom w:val="0"/>
              <w:divBdr>
                <w:top w:val="none" w:sz="0" w:space="0" w:color="auto"/>
                <w:left w:val="none" w:sz="0" w:space="0" w:color="auto"/>
                <w:bottom w:val="none" w:sz="0" w:space="0" w:color="auto"/>
                <w:right w:val="none" w:sz="0" w:space="0" w:color="auto"/>
              </w:divBdr>
            </w:div>
            <w:div w:id="1775132681">
              <w:marLeft w:val="0"/>
              <w:marRight w:val="0"/>
              <w:marTop w:val="0"/>
              <w:marBottom w:val="0"/>
              <w:divBdr>
                <w:top w:val="none" w:sz="0" w:space="0" w:color="auto"/>
                <w:left w:val="none" w:sz="0" w:space="0" w:color="auto"/>
                <w:bottom w:val="none" w:sz="0" w:space="0" w:color="auto"/>
                <w:right w:val="none" w:sz="0" w:space="0" w:color="auto"/>
              </w:divBdr>
            </w:div>
            <w:div w:id="1328677782">
              <w:marLeft w:val="0"/>
              <w:marRight w:val="0"/>
              <w:marTop w:val="0"/>
              <w:marBottom w:val="0"/>
              <w:divBdr>
                <w:top w:val="none" w:sz="0" w:space="0" w:color="auto"/>
                <w:left w:val="none" w:sz="0" w:space="0" w:color="auto"/>
                <w:bottom w:val="none" w:sz="0" w:space="0" w:color="auto"/>
                <w:right w:val="none" w:sz="0" w:space="0" w:color="auto"/>
              </w:divBdr>
            </w:div>
            <w:div w:id="748892012">
              <w:marLeft w:val="0"/>
              <w:marRight w:val="0"/>
              <w:marTop w:val="0"/>
              <w:marBottom w:val="0"/>
              <w:divBdr>
                <w:top w:val="none" w:sz="0" w:space="0" w:color="auto"/>
                <w:left w:val="none" w:sz="0" w:space="0" w:color="auto"/>
                <w:bottom w:val="none" w:sz="0" w:space="0" w:color="auto"/>
                <w:right w:val="none" w:sz="0" w:space="0" w:color="auto"/>
              </w:divBdr>
            </w:div>
            <w:div w:id="1161120105">
              <w:marLeft w:val="0"/>
              <w:marRight w:val="0"/>
              <w:marTop w:val="0"/>
              <w:marBottom w:val="0"/>
              <w:divBdr>
                <w:top w:val="none" w:sz="0" w:space="0" w:color="auto"/>
                <w:left w:val="none" w:sz="0" w:space="0" w:color="auto"/>
                <w:bottom w:val="none" w:sz="0" w:space="0" w:color="auto"/>
                <w:right w:val="none" w:sz="0" w:space="0" w:color="auto"/>
              </w:divBdr>
            </w:div>
            <w:div w:id="1893346982">
              <w:marLeft w:val="0"/>
              <w:marRight w:val="0"/>
              <w:marTop w:val="0"/>
              <w:marBottom w:val="0"/>
              <w:divBdr>
                <w:top w:val="none" w:sz="0" w:space="0" w:color="auto"/>
                <w:left w:val="none" w:sz="0" w:space="0" w:color="auto"/>
                <w:bottom w:val="none" w:sz="0" w:space="0" w:color="auto"/>
                <w:right w:val="none" w:sz="0" w:space="0" w:color="auto"/>
              </w:divBdr>
            </w:div>
            <w:div w:id="594477450">
              <w:marLeft w:val="0"/>
              <w:marRight w:val="0"/>
              <w:marTop w:val="0"/>
              <w:marBottom w:val="0"/>
              <w:divBdr>
                <w:top w:val="none" w:sz="0" w:space="0" w:color="auto"/>
                <w:left w:val="none" w:sz="0" w:space="0" w:color="auto"/>
                <w:bottom w:val="none" w:sz="0" w:space="0" w:color="auto"/>
                <w:right w:val="none" w:sz="0" w:space="0" w:color="auto"/>
              </w:divBdr>
            </w:div>
            <w:div w:id="459106316">
              <w:marLeft w:val="0"/>
              <w:marRight w:val="0"/>
              <w:marTop w:val="0"/>
              <w:marBottom w:val="0"/>
              <w:divBdr>
                <w:top w:val="none" w:sz="0" w:space="0" w:color="auto"/>
                <w:left w:val="none" w:sz="0" w:space="0" w:color="auto"/>
                <w:bottom w:val="none" w:sz="0" w:space="0" w:color="auto"/>
                <w:right w:val="none" w:sz="0" w:space="0" w:color="auto"/>
              </w:divBdr>
            </w:div>
            <w:div w:id="782848099">
              <w:marLeft w:val="0"/>
              <w:marRight w:val="0"/>
              <w:marTop w:val="0"/>
              <w:marBottom w:val="0"/>
              <w:divBdr>
                <w:top w:val="none" w:sz="0" w:space="0" w:color="auto"/>
                <w:left w:val="none" w:sz="0" w:space="0" w:color="auto"/>
                <w:bottom w:val="none" w:sz="0" w:space="0" w:color="auto"/>
                <w:right w:val="none" w:sz="0" w:space="0" w:color="auto"/>
              </w:divBdr>
            </w:div>
            <w:div w:id="74713258">
              <w:marLeft w:val="0"/>
              <w:marRight w:val="0"/>
              <w:marTop w:val="0"/>
              <w:marBottom w:val="0"/>
              <w:divBdr>
                <w:top w:val="none" w:sz="0" w:space="0" w:color="auto"/>
                <w:left w:val="none" w:sz="0" w:space="0" w:color="auto"/>
                <w:bottom w:val="none" w:sz="0" w:space="0" w:color="auto"/>
                <w:right w:val="none" w:sz="0" w:space="0" w:color="auto"/>
              </w:divBdr>
            </w:div>
            <w:div w:id="1888564974">
              <w:marLeft w:val="0"/>
              <w:marRight w:val="0"/>
              <w:marTop w:val="0"/>
              <w:marBottom w:val="0"/>
              <w:divBdr>
                <w:top w:val="none" w:sz="0" w:space="0" w:color="auto"/>
                <w:left w:val="none" w:sz="0" w:space="0" w:color="auto"/>
                <w:bottom w:val="none" w:sz="0" w:space="0" w:color="auto"/>
                <w:right w:val="none" w:sz="0" w:space="0" w:color="auto"/>
              </w:divBdr>
            </w:div>
            <w:div w:id="1938755195">
              <w:marLeft w:val="0"/>
              <w:marRight w:val="0"/>
              <w:marTop w:val="0"/>
              <w:marBottom w:val="0"/>
              <w:divBdr>
                <w:top w:val="none" w:sz="0" w:space="0" w:color="auto"/>
                <w:left w:val="none" w:sz="0" w:space="0" w:color="auto"/>
                <w:bottom w:val="none" w:sz="0" w:space="0" w:color="auto"/>
                <w:right w:val="none" w:sz="0" w:space="0" w:color="auto"/>
              </w:divBdr>
            </w:div>
            <w:div w:id="476456671">
              <w:marLeft w:val="0"/>
              <w:marRight w:val="0"/>
              <w:marTop w:val="0"/>
              <w:marBottom w:val="0"/>
              <w:divBdr>
                <w:top w:val="none" w:sz="0" w:space="0" w:color="auto"/>
                <w:left w:val="none" w:sz="0" w:space="0" w:color="auto"/>
                <w:bottom w:val="none" w:sz="0" w:space="0" w:color="auto"/>
                <w:right w:val="none" w:sz="0" w:space="0" w:color="auto"/>
              </w:divBdr>
            </w:div>
            <w:div w:id="1145584052">
              <w:marLeft w:val="0"/>
              <w:marRight w:val="0"/>
              <w:marTop w:val="0"/>
              <w:marBottom w:val="0"/>
              <w:divBdr>
                <w:top w:val="none" w:sz="0" w:space="0" w:color="auto"/>
                <w:left w:val="none" w:sz="0" w:space="0" w:color="auto"/>
                <w:bottom w:val="none" w:sz="0" w:space="0" w:color="auto"/>
                <w:right w:val="none" w:sz="0" w:space="0" w:color="auto"/>
              </w:divBdr>
            </w:div>
            <w:div w:id="1181889597">
              <w:marLeft w:val="0"/>
              <w:marRight w:val="0"/>
              <w:marTop w:val="0"/>
              <w:marBottom w:val="0"/>
              <w:divBdr>
                <w:top w:val="none" w:sz="0" w:space="0" w:color="auto"/>
                <w:left w:val="none" w:sz="0" w:space="0" w:color="auto"/>
                <w:bottom w:val="none" w:sz="0" w:space="0" w:color="auto"/>
                <w:right w:val="none" w:sz="0" w:space="0" w:color="auto"/>
              </w:divBdr>
            </w:div>
            <w:div w:id="572474390">
              <w:marLeft w:val="0"/>
              <w:marRight w:val="0"/>
              <w:marTop w:val="0"/>
              <w:marBottom w:val="0"/>
              <w:divBdr>
                <w:top w:val="none" w:sz="0" w:space="0" w:color="auto"/>
                <w:left w:val="none" w:sz="0" w:space="0" w:color="auto"/>
                <w:bottom w:val="none" w:sz="0" w:space="0" w:color="auto"/>
                <w:right w:val="none" w:sz="0" w:space="0" w:color="auto"/>
              </w:divBdr>
            </w:div>
            <w:div w:id="155191877">
              <w:marLeft w:val="0"/>
              <w:marRight w:val="0"/>
              <w:marTop w:val="0"/>
              <w:marBottom w:val="0"/>
              <w:divBdr>
                <w:top w:val="none" w:sz="0" w:space="0" w:color="auto"/>
                <w:left w:val="none" w:sz="0" w:space="0" w:color="auto"/>
                <w:bottom w:val="none" w:sz="0" w:space="0" w:color="auto"/>
                <w:right w:val="none" w:sz="0" w:space="0" w:color="auto"/>
              </w:divBdr>
            </w:div>
            <w:div w:id="123931262">
              <w:marLeft w:val="0"/>
              <w:marRight w:val="0"/>
              <w:marTop w:val="0"/>
              <w:marBottom w:val="0"/>
              <w:divBdr>
                <w:top w:val="none" w:sz="0" w:space="0" w:color="auto"/>
                <w:left w:val="none" w:sz="0" w:space="0" w:color="auto"/>
                <w:bottom w:val="none" w:sz="0" w:space="0" w:color="auto"/>
                <w:right w:val="none" w:sz="0" w:space="0" w:color="auto"/>
              </w:divBdr>
            </w:div>
            <w:div w:id="343558774">
              <w:marLeft w:val="0"/>
              <w:marRight w:val="0"/>
              <w:marTop w:val="0"/>
              <w:marBottom w:val="0"/>
              <w:divBdr>
                <w:top w:val="none" w:sz="0" w:space="0" w:color="auto"/>
                <w:left w:val="none" w:sz="0" w:space="0" w:color="auto"/>
                <w:bottom w:val="none" w:sz="0" w:space="0" w:color="auto"/>
                <w:right w:val="none" w:sz="0" w:space="0" w:color="auto"/>
              </w:divBdr>
            </w:div>
            <w:div w:id="541017282">
              <w:marLeft w:val="0"/>
              <w:marRight w:val="0"/>
              <w:marTop w:val="0"/>
              <w:marBottom w:val="0"/>
              <w:divBdr>
                <w:top w:val="none" w:sz="0" w:space="0" w:color="auto"/>
                <w:left w:val="none" w:sz="0" w:space="0" w:color="auto"/>
                <w:bottom w:val="none" w:sz="0" w:space="0" w:color="auto"/>
                <w:right w:val="none" w:sz="0" w:space="0" w:color="auto"/>
              </w:divBdr>
            </w:div>
            <w:div w:id="1649168740">
              <w:marLeft w:val="0"/>
              <w:marRight w:val="0"/>
              <w:marTop w:val="0"/>
              <w:marBottom w:val="0"/>
              <w:divBdr>
                <w:top w:val="none" w:sz="0" w:space="0" w:color="auto"/>
                <w:left w:val="none" w:sz="0" w:space="0" w:color="auto"/>
                <w:bottom w:val="none" w:sz="0" w:space="0" w:color="auto"/>
                <w:right w:val="none" w:sz="0" w:space="0" w:color="auto"/>
              </w:divBdr>
            </w:div>
            <w:div w:id="98839447">
              <w:marLeft w:val="0"/>
              <w:marRight w:val="0"/>
              <w:marTop w:val="0"/>
              <w:marBottom w:val="0"/>
              <w:divBdr>
                <w:top w:val="none" w:sz="0" w:space="0" w:color="auto"/>
                <w:left w:val="none" w:sz="0" w:space="0" w:color="auto"/>
                <w:bottom w:val="none" w:sz="0" w:space="0" w:color="auto"/>
                <w:right w:val="none" w:sz="0" w:space="0" w:color="auto"/>
              </w:divBdr>
            </w:div>
            <w:div w:id="1184629651">
              <w:marLeft w:val="0"/>
              <w:marRight w:val="0"/>
              <w:marTop w:val="0"/>
              <w:marBottom w:val="0"/>
              <w:divBdr>
                <w:top w:val="none" w:sz="0" w:space="0" w:color="auto"/>
                <w:left w:val="none" w:sz="0" w:space="0" w:color="auto"/>
                <w:bottom w:val="none" w:sz="0" w:space="0" w:color="auto"/>
                <w:right w:val="none" w:sz="0" w:space="0" w:color="auto"/>
              </w:divBdr>
            </w:div>
            <w:div w:id="462887925">
              <w:marLeft w:val="0"/>
              <w:marRight w:val="0"/>
              <w:marTop w:val="0"/>
              <w:marBottom w:val="0"/>
              <w:divBdr>
                <w:top w:val="none" w:sz="0" w:space="0" w:color="auto"/>
                <w:left w:val="none" w:sz="0" w:space="0" w:color="auto"/>
                <w:bottom w:val="none" w:sz="0" w:space="0" w:color="auto"/>
                <w:right w:val="none" w:sz="0" w:space="0" w:color="auto"/>
              </w:divBdr>
            </w:div>
            <w:div w:id="123354273">
              <w:marLeft w:val="0"/>
              <w:marRight w:val="0"/>
              <w:marTop w:val="0"/>
              <w:marBottom w:val="0"/>
              <w:divBdr>
                <w:top w:val="none" w:sz="0" w:space="0" w:color="auto"/>
                <w:left w:val="none" w:sz="0" w:space="0" w:color="auto"/>
                <w:bottom w:val="none" w:sz="0" w:space="0" w:color="auto"/>
                <w:right w:val="none" w:sz="0" w:space="0" w:color="auto"/>
              </w:divBdr>
            </w:div>
            <w:div w:id="1950550291">
              <w:marLeft w:val="0"/>
              <w:marRight w:val="0"/>
              <w:marTop w:val="0"/>
              <w:marBottom w:val="0"/>
              <w:divBdr>
                <w:top w:val="none" w:sz="0" w:space="0" w:color="auto"/>
                <w:left w:val="none" w:sz="0" w:space="0" w:color="auto"/>
                <w:bottom w:val="none" w:sz="0" w:space="0" w:color="auto"/>
                <w:right w:val="none" w:sz="0" w:space="0" w:color="auto"/>
              </w:divBdr>
            </w:div>
            <w:div w:id="495145459">
              <w:marLeft w:val="0"/>
              <w:marRight w:val="0"/>
              <w:marTop w:val="0"/>
              <w:marBottom w:val="0"/>
              <w:divBdr>
                <w:top w:val="none" w:sz="0" w:space="0" w:color="auto"/>
                <w:left w:val="none" w:sz="0" w:space="0" w:color="auto"/>
                <w:bottom w:val="none" w:sz="0" w:space="0" w:color="auto"/>
                <w:right w:val="none" w:sz="0" w:space="0" w:color="auto"/>
              </w:divBdr>
            </w:div>
            <w:div w:id="1709648545">
              <w:marLeft w:val="0"/>
              <w:marRight w:val="0"/>
              <w:marTop w:val="0"/>
              <w:marBottom w:val="0"/>
              <w:divBdr>
                <w:top w:val="none" w:sz="0" w:space="0" w:color="auto"/>
                <w:left w:val="none" w:sz="0" w:space="0" w:color="auto"/>
                <w:bottom w:val="none" w:sz="0" w:space="0" w:color="auto"/>
                <w:right w:val="none" w:sz="0" w:space="0" w:color="auto"/>
              </w:divBdr>
            </w:div>
            <w:div w:id="1684550543">
              <w:marLeft w:val="0"/>
              <w:marRight w:val="0"/>
              <w:marTop w:val="0"/>
              <w:marBottom w:val="0"/>
              <w:divBdr>
                <w:top w:val="none" w:sz="0" w:space="0" w:color="auto"/>
                <w:left w:val="none" w:sz="0" w:space="0" w:color="auto"/>
                <w:bottom w:val="none" w:sz="0" w:space="0" w:color="auto"/>
                <w:right w:val="none" w:sz="0" w:space="0" w:color="auto"/>
              </w:divBdr>
            </w:div>
            <w:div w:id="2135561114">
              <w:marLeft w:val="0"/>
              <w:marRight w:val="0"/>
              <w:marTop w:val="0"/>
              <w:marBottom w:val="0"/>
              <w:divBdr>
                <w:top w:val="none" w:sz="0" w:space="0" w:color="auto"/>
                <w:left w:val="none" w:sz="0" w:space="0" w:color="auto"/>
                <w:bottom w:val="none" w:sz="0" w:space="0" w:color="auto"/>
                <w:right w:val="none" w:sz="0" w:space="0" w:color="auto"/>
              </w:divBdr>
            </w:div>
            <w:div w:id="2098987414">
              <w:marLeft w:val="0"/>
              <w:marRight w:val="0"/>
              <w:marTop w:val="0"/>
              <w:marBottom w:val="0"/>
              <w:divBdr>
                <w:top w:val="none" w:sz="0" w:space="0" w:color="auto"/>
                <w:left w:val="none" w:sz="0" w:space="0" w:color="auto"/>
                <w:bottom w:val="none" w:sz="0" w:space="0" w:color="auto"/>
                <w:right w:val="none" w:sz="0" w:space="0" w:color="auto"/>
              </w:divBdr>
            </w:div>
            <w:div w:id="1302879906">
              <w:marLeft w:val="0"/>
              <w:marRight w:val="0"/>
              <w:marTop w:val="0"/>
              <w:marBottom w:val="0"/>
              <w:divBdr>
                <w:top w:val="none" w:sz="0" w:space="0" w:color="auto"/>
                <w:left w:val="none" w:sz="0" w:space="0" w:color="auto"/>
                <w:bottom w:val="none" w:sz="0" w:space="0" w:color="auto"/>
                <w:right w:val="none" w:sz="0" w:space="0" w:color="auto"/>
              </w:divBdr>
            </w:div>
            <w:div w:id="40637097">
              <w:marLeft w:val="0"/>
              <w:marRight w:val="0"/>
              <w:marTop w:val="0"/>
              <w:marBottom w:val="0"/>
              <w:divBdr>
                <w:top w:val="none" w:sz="0" w:space="0" w:color="auto"/>
                <w:left w:val="none" w:sz="0" w:space="0" w:color="auto"/>
                <w:bottom w:val="none" w:sz="0" w:space="0" w:color="auto"/>
                <w:right w:val="none" w:sz="0" w:space="0" w:color="auto"/>
              </w:divBdr>
            </w:div>
            <w:div w:id="1481771207">
              <w:marLeft w:val="0"/>
              <w:marRight w:val="0"/>
              <w:marTop w:val="0"/>
              <w:marBottom w:val="0"/>
              <w:divBdr>
                <w:top w:val="none" w:sz="0" w:space="0" w:color="auto"/>
                <w:left w:val="none" w:sz="0" w:space="0" w:color="auto"/>
                <w:bottom w:val="none" w:sz="0" w:space="0" w:color="auto"/>
                <w:right w:val="none" w:sz="0" w:space="0" w:color="auto"/>
              </w:divBdr>
            </w:div>
            <w:div w:id="1229999708">
              <w:marLeft w:val="0"/>
              <w:marRight w:val="0"/>
              <w:marTop w:val="0"/>
              <w:marBottom w:val="0"/>
              <w:divBdr>
                <w:top w:val="none" w:sz="0" w:space="0" w:color="auto"/>
                <w:left w:val="none" w:sz="0" w:space="0" w:color="auto"/>
                <w:bottom w:val="none" w:sz="0" w:space="0" w:color="auto"/>
                <w:right w:val="none" w:sz="0" w:space="0" w:color="auto"/>
              </w:divBdr>
            </w:div>
            <w:div w:id="796148834">
              <w:marLeft w:val="0"/>
              <w:marRight w:val="0"/>
              <w:marTop w:val="0"/>
              <w:marBottom w:val="0"/>
              <w:divBdr>
                <w:top w:val="none" w:sz="0" w:space="0" w:color="auto"/>
                <w:left w:val="none" w:sz="0" w:space="0" w:color="auto"/>
                <w:bottom w:val="none" w:sz="0" w:space="0" w:color="auto"/>
                <w:right w:val="none" w:sz="0" w:space="0" w:color="auto"/>
              </w:divBdr>
            </w:div>
            <w:div w:id="168836546">
              <w:marLeft w:val="0"/>
              <w:marRight w:val="0"/>
              <w:marTop w:val="0"/>
              <w:marBottom w:val="0"/>
              <w:divBdr>
                <w:top w:val="none" w:sz="0" w:space="0" w:color="auto"/>
                <w:left w:val="none" w:sz="0" w:space="0" w:color="auto"/>
                <w:bottom w:val="none" w:sz="0" w:space="0" w:color="auto"/>
                <w:right w:val="none" w:sz="0" w:space="0" w:color="auto"/>
              </w:divBdr>
            </w:div>
            <w:div w:id="1143085751">
              <w:marLeft w:val="0"/>
              <w:marRight w:val="0"/>
              <w:marTop w:val="0"/>
              <w:marBottom w:val="0"/>
              <w:divBdr>
                <w:top w:val="none" w:sz="0" w:space="0" w:color="auto"/>
                <w:left w:val="none" w:sz="0" w:space="0" w:color="auto"/>
                <w:bottom w:val="none" w:sz="0" w:space="0" w:color="auto"/>
                <w:right w:val="none" w:sz="0" w:space="0" w:color="auto"/>
              </w:divBdr>
            </w:div>
            <w:div w:id="1727601656">
              <w:marLeft w:val="0"/>
              <w:marRight w:val="0"/>
              <w:marTop w:val="0"/>
              <w:marBottom w:val="0"/>
              <w:divBdr>
                <w:top w:val="none" w:sz="0" w:space="0" w:color="auto"/>
                <w:left w:val="none" w:sz="0" w:space="0" w:color="auto"/>
                <w:bottom w:val="none" w:sz="0" w:space="0" w:color="auto"/>
                <w:right w:val="none" w:sz="0" w:space="0" w:color="auto"/>
              </w:divBdr>
            </w:div>
            <w:div w:id="26609986">
              <w:marLeft w:val="0"/>
              <w:marRight w:val="0"/>
              <w:marTop w:val="0"/>
              <w:marBottom w:val="0"/>
              <w:divBdr>
                <w:top w:val="none" w:sz="0" w:space="0" w:color="auto"/>
                <w:left w:val="none" w:sz="0" w:space="0" w:color="auto"/>
                <w:bottom w:val="none" w:sz="0" w:space="0" w:color="auto"/>
                <w:right w:val="none" w:sz="0" w:space="0" w:color="auto"/>
              </w:divBdr>
            </w:div>
            <w:div w:id="1009138819">
              <w:marLeft w:val="0"/>
              <w:marRight w:val="0"/>
              <w:marTop w:val="0"/>
              <w:marBottom w:val="0"/>
              <w:divBdr>
                <w:top w:val="none" w:sz="0" w:space="0" w:color="auto"/>
                <w:left w:val="none" w:sz="0" w:space="0" w:color="auto"/>
                <w:bottom w:val="none" w:sz="0" w:space="0" w:color="auto"/>
                <w:right w:val="none" w:sz="0" w:space="0" w:color="auto"/>
              </w:divBdr>
            </w:div>
            <w:div w:id="232618301">
              <w:marLeft w:val="0"/>
              <w:marRight w:val="0"/>
              <w:marTop w:val="0"/>
              <w:marBottom w:val="0"/>
              <w:divBdr>
                <w:top w:val="none" w:sz="0" w:space="0" w:color="auto"/>
                <w:left w:val="none" w:sz="0" w:space="0" w:color="auto"/>
                <w:bottom w:val="none" w:sz="0" w:space="0" w:color="auto"/>
                <w:right w:val="none" w:sz="0" w:space="0" w:color="auto"/>
              </w:divBdr>
            </w:div>
            <w:div w:id="1372455335">
              <w:marLeft w:val="0"/>
              <w:marRight w:val="0"/>
              <w:marTop w:val="0"/>
              <w:marBottom w:val="0"/>
              <w:divBdr>
                <w:top w:val="none" w:sz="0" w:space="0" w:color="auto"/>
                <w:left w:val="none" w:sz="0" w:space="0" w:color="auto"/>
                <w:bottom w:val="none" w:sz="0" w:space="0" w:color="auto"/>
                <w:right w:val="none" w:sz="0" w:space="0" w:color="auto"/>
              </w:divBdr>
            </w:div>
            <w:div w:id="1574511917">
              <w:marLeft w:val="0"/>
              <w:marRight w:val="0"/>
              <w:marTop w:val="0"/>
              <w:marBottom w:val="0"/>
              <w:divBdr>
                <w:top w:val="none" w:sz="0" w:space="0" w:color="auto"/>
                <w:left w:val="none" w:sz="0" w:space="0" w:color="auto"/>
                <w:bottom w:val="none" w:sz="0" w:space="0" w:color="auto"/>
                <w:right w:val="none" w:sz="0" w:space="0" w:color="auto"/>
              </w:divBdr>
            </w:div>
            <w:div w:id="1103917747">
              <w:marLeft w:val="0"/>
              <w:marRight w:val="0"/>
              <w:marTop w:val="0"/>
              <w:marBottom w:val="0"/>
              <w:divBdr>
                <w:top w:val="none" w:sz="0" w:space="0" w:color="auto"/>
                <w:left w:val="none" w:sz="0" w:space="0" w:color="auto"/>
                <w:bottom w:val="none" w:sz="0" w:space="0" w:color="auto"/>
                <w:right w:val="none" w:sz="0" w:space="0" w:color="auto"/>
              </w:divBdr>
            </w:div>
            <w:div w:id="1915696115">
              <w:marLeft w:val="0"/>
              <w:marRight w:val="0"/>
              <w:marTop w:val="0"/>
              <w:marBottom w:val="0"/>
              <w:divBdr>
                <w:top w:val="none" w:sz="0" w:space="0" w:color="auto"/>
                <w:left w:val="none" w:sz="0" w:space="0" w:color="auto"/>
                <w:bottom w:val="none" w:sz="0" w:space="0" w:color="auto"/>
                <w:right w:val="none" w:sz="0" w:space="0" w:color="auto"/>
              </w:divBdr>
            </w:div>
            <w:div w:id="319236551">
              <w:marLeft w:val="0"/>
              <w:marRight w:val="0"/>
              <w:marTop w:val="0"/>
              <w:marBottom w:val="0"/>
              <w:divBdr>
                <w:top w:val="none" w:sz="0" w:space="0" w:color="auto"/>
                <w:left w:val="none" w:sz="0" w:space="0" w:color="auto"/>
                <w:bottom w:val="none" w:sz="0" w:space="0" w:color="auto"/>
                <w:right w:val="none" w:sz="0" w:space="0" w:color="auto"/>
              </w:divBdr>
            </w:div>
            <w:div w:id="1579560089">
              <w:marLeft w:val="0"/>
              <w:marRight w:val="0"/>
              <w:marTop w:val="0"/>
              <w:marBottom w:val="0"/>
              <w:divBdr>
                <w:top w:val="none" w:sz="0" w:space="0" w:color="auto"/>
                <w:left w:val="none" w:sz="0" w:space="0" w:color="auto"/>
                <w:bottom w:val="none" w:sz="0" w:space="0" w:color="auto"/>
                <w:right w:val="none" w:sz="0" w:space="0" w:color="auto"/>
              </w:divBdr>
            </w:div>
            <w:div w:id="2101025558">
              <w:marLeft w:val="0"/>
              <w:marRight w:val="0"/>
              <w:marTop w:val="0"/>
              <w:marBottom w:val="0"/>
              <w:divBdr>
                <w:top w:val="none" w:sz="0" w:space="0" w:color="auto"/>
                <w:left w:val="none" w:sz="0" w:space="0" w:color="auto"/>
                <w:bottom w:val="none" w:sz="0" w:space="0" w:color="auto"/>
                <w:right w:val="none" w:sz="0" w:space="0" w:color="auto"/>
              </w:divBdr>
            </w:div>
            <w:div w:id="914706451">
              <w:marLeft w:val="0"/>
              <w:marRight w:val="0"/>
              <w:marTop w:val="0"/>
              <w:marBottom w:val="0"/>
              <w:divBdr>
                <w:top w:val="none" w:sz="0" w:space="0" w:color="auto"/>
                <w:left w:val="none" w:sz="0" w:space="0" w:color="auto"/>
                <w:bottom w:val="none" w:sz="0" w:space="0" w:color="auto"/>
                <w:right w:val="none" w:sz="0" w:space="0" w:color="auto"/>
              </w:divBdr>
            </w:div>
            <w:div w:id="201477748">
              <w:marLeft w:val="0"/>
              <w:marRight w:val="0"/>
              <w:marTop w:val="0"/>
              <w:marBottom w:val="0"/>
              <w:divBdr>
                <w:top w:val="none" w:sz="0" w:space="0" w:color="auto"/>
                <w:left w:val="none" w:sz="0" w:space="0" w:color="auto"/>
                <w:bottom w:val="none" w:sz="0" w:space="0" w:color="auto"/>
                <w:right w:val="none" w:sz="0" w:space="0" w:color="auto"/>
              </w:divBdr>
            </w:div>
            <w:div w:id="1318609031">
              <w:marLeft w:val="0"/>
              <w:marRight w:val="0"/>
              <w:marTop w:val="0"/>
              <w:marBottom w:val="0"/>
              <w:divBdr>
                <w:top w:val="none" w:sz="0" w:space="0" w:color="auto"/>
                <w:left w:val="none" w:sz="0" w:space="0" w:color="auto"/>
                <w:bottom w:val="none" w:sz="0" w:space="0" w:color="auto"/>
                <w:right w:val="none" w:sz="0" w:space="0" w:color="auto"/>
              </w:divBdr>
            </w:div>
            <w:div w:id="777604332">
              <w:marLeft w:val="0"/>
              <w:marRight w:val="0"/>
              <w:marTop w:val="0"/>
              <w:marBottom w:val="0"/>
              <w:divBdr>
                <w:top w:val="none" w:sz="0" w:space="0" w:color="auto"/>
                <w:left w:val="none" w:sz="0" w:space="0" w:color="auto"/>
                <w:bottom w:val="none" w:sz="0" w:space="0" w:color="auto"/>
                <w:right w:val="none" w:sz="0" w:space="0" w:color="auto"/>
              </w:divBdr>
            </w:div>
            <w:div w:id="234559178">
              <w:marLeft w:val="0"/>
              <w:marRight w:val="0"/>
              <w:marTop w:val="0"/>
              <w:marBottom w:val="0"/>
              <w:divBdr>
                <w:top w:val="none" w:sz="0" w:space="0" w:color="auto"/>
                <w:left w:val="none" w:sz="0" w:space="0" w:color="auto"/>
                <w:bottom w:val="none" w:sz="0" w:space="0" w:color="auto"/>
                <w:right w:val="none" w:sz="0" w:space="0" w:color="auto"/>
              </w:divBdr>
            </w:div>
            <w:div w:id="1331447140">
              <w:marLeft w:val="0"/>
              <w:marRight w:val="0"/>
              <w:marTop w:val="0"/>
              <w:marBottom w:val="0"/>
              <w:divBdr>
                <w:top w:val="none" w:sz="0" w:space="0" w:color="auto"/>
                <w:left w:val="none" w:sz="0" w:space="0" w:color="auto"/>
                <w:bottom w:val="none" w:sz="0" w:space="0" w:color="auto"/>
                <w:right w:val="none" w:sz="0" w:space="0" w:color="auto"/>
              </w:divBdr>
            </w:div>
            <w:div w:id="621350428">
              <w:marLeft w:val="0"/>
              <w:marRight w:val="0"/>
              <w:marTop w:val="0"/>
              <w:marBottom w:val="0"/>
              <w:divBdr>
                <w:top w:val="none" w:sz="0" w:space="0" w:color="auto"/>
                <w:left w:val="none" w:sz="0" w:space="0" w:color="auto"/>
                <w:bottom w:val="none" w:sz="0" w:space="0" w:color="auto"/>
                <w:right w:val="none" w:sz="0" w:space="0" w:color="auto"/>
              </w:divBdr>
            </w:div>
            <w:div w:id="1490711159">
              <w:marLeft w:val="0"/>
              <w:marRight w:val="0"/>
              <w:marTop w:val="0"/>
              <w:marBottom w:val="0"/>
              <w:divBdr>
                <w:top w:val="none" w:sz="0" w:space="0" w:color="auto"/>
                <w:left w:val="none" w:sz="0" w:space="0" w:color="auto"/>
                <w:bottom w:val="none" w:sz="0" w:space="0" w:color="auto"/>
                <w:right w:val="none" w:sz="0" w:space="0" w:color="auto"/>
              </w:divBdr>
            </w:div>
            <w:div w:id="1534613663">
              <w:marLeft w:val="0"/>
              <w:marRight w:val="0"/>
              <w:marTop w:val="0"/>
              <w:marBottom w:val="0"/>
              <w:divBdr>
                <w:top w:val="none" w:sz="0" w:space="0" w:color="auto"/>
                <w:left w:val="none" w:sz="0" w:space="0" w:color="auto"/>
                <w:bottom w:val="none" w:sz="0" w:space="0" w:color="auto"/>
                <w:right w:val="none" w:sz="0" w:space="0" w:color="auto"/>
              </w:divBdr>
            </w:div>
            <w:div w:id="2121952965">
              <w:marLeft w:val="0"/>
              <w:marRight w:val="0"/>
              <w:marTop w:val="0"/>
              <w:marBottom w:val="0"/>
              <w:divBdr>
                <w:top w:val="none" w:sz="0" w:space="0" w:color="auto"/>
                <w:left w:val="none" w:sz="0" w:space="0" w:color="auto"/>
                <w:bottom w:val="none" w:sz="0" w:space="0" w:color="auto"/>
                <w:right w:val="none" w:sz="0" w:space="0" w:color="auto"/>
              </w:divBdr>
            </w:div>
            <w:div w:id="724333765">
              <w:marLeft w:val="0"/>
              <w:marRight w:val="0"/>
              <w:marTop w:val="0"/>
              <w:marBottom w:val="0"/>
              <w:divBdr>
                <w:top w:val="none" w:sz="0" w:space="0" w:color="auto"/>
                <w:left w:val="none" w:sz="0" w:space="0" w:color="auto"/>
                <w:bottom w:val="none" w:sz="0" w:space="0" w:color="auto"/>
                <w:right w:val="none" w:sz="0" w:space="0" w:color="auto"/>
              </w:divBdr>
            </w:div>
            <w:div w:id="1545677099">
              <w:marLeft w:val="0"/>
              <w:marRight w:val="0"/>
              <w:marTop w:val="0"/>
              <w:marBottom w:val="0"/>
              <w:divBdr>
                <w:top w:val="none" w:sz="0" w:space="0" w:color="auto"/>
                <w:left w:val="none" w:sz="0" w:space="0" w:color="auto"/>
                <w:bottom w:val="none" w:sz="0" w:space="0" w:color="auto"/>
                <w:right w:val="none" w:sz="0" w:space="0" w:color="auto"/>
              </w:divBdr>
            </w:div>
            <w:div w:id="1621764638">
              <w:marLeft w:val="0"/>
              <w:marRight w:val="0"/>
              <w:marTop w:val="0"/>
              <w:marBottom w:val="0"/>
              <w:divBdr>
                <w:top w:val="none" w:sz="0" w:space="0" w:color="auto"/>
                <w:left w:val="none" w:sz="0" w:space="0" w:color="auto"/>
                <w:bottom w:val="none" w:sz="0" w:space="0" w:color="auto"/>
                <w:right w:val="none" w:sz="0" w:space="0" w:color="auto"/>
              </w:divBdr>
            </w:div>
            <w:div w:id="1428768690">
              <w:marLeft w:val="0"/>
              <w:marRight w:val="0"/>
              <w:marTop w:val="0"/>
              <w:marBottom w:val="0"/>
              <w:divBdr>
                <w:top w:val="none" w:sz="0" w:space="0" w:color="auto"/>
                <w:left w:val="none" w:sz="0" w:space="0" w:color="auto"/>
                <w:bottom w:val="none" w:sz="0" w:space="0" w:color="auto"/>
                <w:right w:val="none" w:sz="0" w:space="0" w:color="auto"/>
              </w:divBdr>
            </w:div>
            <w:div w:id="329673197">
              <w:marLeft w:val="0"/>
              <w:marRight w:val="0"/>
              <w:marTop w:val="0"/>
              <w:marBottom w:val="0"/>
              <w:divBdr>
                <w:top w:val="none" w:sz="0" w:space="0" w:color="auto"/>
                <w:left w:val="none" w:sz="0" w:space="0" w:color="auto"/>
                <w:bottom w:val="none" w:sz="0" w:space="0" w:color="auto"/>
                <w:right w:val="none" w:sz="0" w:space="0" w:color="auto"/>
              </w:divBdr>
            </w:div>
            <w:div w:id="1068920251">
              <w:marLeft w:val="0"/>
              <w:marRight w:val="0"/>
              <w:marTop w:val="0"/>
              <w:marBottom w:val="0"/>
              <w:divBdr>
                <w:top w:val="none" w:sz="0" w:space="0" w:color="auto"/>
                <w:left w:val="none" w:sz="0" w:space="0" w:color="auto"/>
                <w:bottom w:val="none" w:sz="0" w:space="0" w:color="auto"/>
                <w:right w:val="none" w:sz="0" w:space="0" w:color="auto"/>
              </w:divBdr>
            </w:div>
            <w:div w:id="1197087044">
              <w:marLeft w:val="0"/>
              <w:marRight w:val="0"/>
              <w:marTop w:val="0"/>
              <w:marBottom w:val="0"/>
              <w:divBdr>
                <w:top w:val="none" w:sz="0" w:space="0" w:color="auto"/>
                <w:left w:val="none" w:sz="0" w:space="0" w:color="auto"/>
                <w:bottom w:val="none" w:sz="0" w:space="0" w:color="auto"/>
                <w:right w:val="none" w:sz="0" w:space="0" w:color="auto"/>
              </w:divBdr>
            </w:div>
            <w:div w:id="1256135943">
              <w:marLeft w:val="0"/>
              <w:marRight w:val="0"/>
              <w:marTop w:val="0"/>
              <w:marBottom w:val="0"/>
              <w:divBdr>
                <w:top w:val="none" w:sz="0" w:space="0" w:color="auto"/>
                <w:left w:val="none" w:sz="0" w:space="0" w:color="auto"/>
                <w:bottom w:val="none" w:sz="0" w:space="0" w:color="auto"/>
                <w:right w:val="none" w:sz="0" w:space="0" w:color="auto"/>
              </w:divBdr>
            </w:div>
            <w:div w:id="416682326">
              <w:marLeft w:val="0"/>
              <w:marRight w:val="0"/>
              <w:marTop w:val="0"/>
              <w:marBottom w:val="0"/>
              <w:divBdr>
                <w:top w:val="none" w:sz="0" w:space="0" w:color="auto"/>
                <w:left w:val="none" w:sz="0" w:space="0" w:color="auto"/>
                <w:bottom w:val="none" w:sz="0" w:space="0" w:color="auto"/>
                <w:right w:val="none" w:sz="0" w:space="0" w:color="auto"/>
              </w:divBdr>
            </w:div>
            <w:div w:id="718169721">
              <w:marLeft w:val="0"/>
              <w:marRight w:val="0"/>
              <w:marTop w:val="0"/>
              <w:marBottom w:val="0"/>
              <w:divBdr>
                <w:top w:val="none" w:sz="0" w:space="0" w:color="auto"/>
                <w:left w:val="none" w:sz="0" w:space="0" w:color="auto"/>
                <w:bottom w:val="none" w:sz="0" w:space="0" w:color="auto"/>
                <w:right w:val="none" w:sz="0" w:space="0" w:color="auto"/>
              </w:divBdr>
            </w:div>
            <w:div w:id="1304239593">
              <w:marLeft w:val="0"/>
              <w:marRight w:val="0"/>
              <w:marTop w:val="0"/>
              <w:marBottom w:val="0"/>
              <w:divBdr>
                <w:top w:val="none" w:sz="0" w:space="0" w:color="auto"/>
                <w:left w:val="none" w:sz="0" w:space="0" w:color="auto"/>
                <w:bottom w:val="none" w:sz="0" w:space="0" w:color="auto"/>
                <w:right w:val="none" w:sz="0" w:space="0" w:color="auto"/>
              </w:divBdr>
            </w:div>
            <w:div w:id="268204168">
              <w:marLeft w:val="0"/>
              <w:marRight w:val="0"/>
              <w:marTop w:val="0"/>
              <w:marBottom w:val="0"/>
              <w:divBdr>
                <w:top w:val="none" w:sz="0" w:space="0" w:color="auto"/>
                <w:left w:val="none" w:sz="0" w:space="0" w:color="auto"/>
                <w:bottom w:val="none" w:sz="0" w:space="0" w:color="auto"/>
                <w:right w:val="none" w:sz="0" w:space="0" w:color="auto"/>
              </w:divBdr>
            </w:div>
            <w:div w:id="605582443">
              <w:marLeft w:val="0"/>
              <w:marRight w:val="0"/>
              <w:marTop w:val="0"/>
              <w:marBottom w:val="0"/>
              <w:divBdr>
                <w:top w:val="none" w:sz="0" w:space="0" w:color="auto"/>
                <w:left w:val="none" w:sz="0" w:space="0" w:color="auto"/>
                <w:bottom w:val="none" w:sz="0" w:space="0" w:color="auto"/>
                <w:right w:val="none" w:sz="0" w:space="0" w:color="auto"/>
              </w:divBdr>
            </w:div>
            <w:div w:id="1412461654">
              <w:marLeft w:val="0"/>
              <w:marRight w:val="0"/>
              <w:marTop w:val="0"/>
              <w:marBottom w:val="0"/>
              <w:divBdr>
                <w:top w:val="none" w:sz="0" w:space="0" w:color="auto"/>
                <w:left w:val="none" w:sz="0" w:space="0" w:color="auto"/>
                <w:bottom w:val="none" w:sz="0" w:space="0" w:color="auto"/>
                <w:right w:val="none" w:sz="0" w:space="0" w:color="auto"/>
              </w:divBdr>
            </w:div>
            <w:div w:id="575553138">
              <w:marLeft w:val="0"/>
              <w:marRight w:val="0"/>
              <w:marTop w:val="0"/>
              <w:marBottom w:val="0"/>
              <w:divBdr>
                <w:top w:val="none" w:sz="0" w:space="0" w:color="auto"/>
                <w:left w:val="none" w:sz="0" w:space="0" w:color="auto"/>
                <w:bottom w:val="none" w:sz="0" w:space="0" w:color="auto"/>
                <w:right w:val="none" w:sz="0" w:space="0" w:color="auto"/>
              </w:divBdr>
            </w:div>
            <w:div w:id="1192449583">
              <w:marLeft w:val="0"/>
              <w:marRight w:val="0"/>
              <w:marTop w:val="0"/>
              <w:marBottom w:val="0"/>
              <w:divBdr>
                <w:top w:val="none" w:sz="0" w:space="0" w:color="auto"/>
                <w:left w:val="none" w:sz="0" w:space="0" w:color="auto"/>
                <w:bottom w:val="none" w:sz="0" w:space="0" w:color="auto"/>
                <w:right w:val="none" w:sz="0" w:space="0" w:color="auto"/>
              </w:divBdr>
            </w:div>
            <w:div w:id="1847477858">
              <w:marLeft w:val="0"/>
              <w:marRight w:val="0"/>
              <w:marTop w:val="0"/>
              <w:marBottom w:val="0"/>
              <w:divBdr>
                <w:top w:val="none" w:sz="0" w:space="0" w:color="auto"/>
                <w:left w:val="none" w:sz="0" w:space="0" w:color="auto"/>
                <w:bottom w:val="none" w:sz="0" w:space="0" w:color="auto"/>
                <w:right w:val="none" w:sz="0" w:space="0" w:color="auto"/>
              </w:divBdr>
            </w:div>
            <w:div w:id="1235428466">
              <w:marLeft w:val="0"/>
              <w:marRight w:val="0"/>
              <w:marTop w:val="0"/>
              <w:marBottom w:val="0"/>
              <w:divBdr>
                <w:top w:val="none" w:sz="0" w:space="0" w:color="auto"/>
                <w:left w:val="none" w:sz="0" w:space="0" w:color="auto"/>
                <w:bottom w:val="none" w:sz="0" w:space="0" w:color="auto"/>
                <w:right w:val="none" w:sz="0" w:space="0" w:color="auto"/>
              </w:divBdr>
            </w:div>
            <w:div w:id="1111514483">
              <w:marLeft w:val="0"/>
              <w:marRight w:val="0"/>
              <w:marTop w:val="0"/>
              <w:marBottom w:val="0"/>
              <w:divBdr>
                <w:top w:val="none" w:sz="0" w:space="0" w:color="auto"/>
                <w:left w:val="none" w:sz="0" w:space="0" w:color="auto"/>
                <w:bottom w:val="none" w:sz="0" w:space="0" w:color="auto"/>
                <w:right w:val="none" w:sz="0" w:space="0" w:color="auto"/>
              </w:divBdr>
            </w:div>
            <w:div w:id="399449302">
              <w:marLeft w:val="0"/>
              <w:marRight w:val="0"/>
              <w:marTop w:val="0"/>
              <w:marBottom w:val="0"/>
              <w:divBdr>
                <w:top w:val="none" w:sz="0" w:space="0" w:color="auto"/>
                <w:left w:val="none" w:sz="0" w:space="0" w:color="auto"/>
                <w:bottom w:val="none" w:sz="0" w:space="0" w:color="auto"/>
                <w:right w:val="none" w:sz="0" w:space="0" w:color="auto"/>
              </w:divBdr>
            </w:div>
            <w:div w:id="1534808736">
              <w:marLeft w:val="0"/>
              <w:marRight w:val="0"/>
              <w:marTop w:val="0"/>
              <w:marBottom w:val="0"/>
              <w:divBdr>
                <w:top w:val="none" w:sz="0" w:space="0" w:color="auto"/>
                <w:left w:val="none" w:sz="0" w:space="0" w:color="auto"/>
                <w:bottom w:val="none" w:sz="0" w:space="0" w:color="auto"/>
                <w:right w:val="none" w:sz="0" w:space="0" w:color="auto"/>
              </w:divBdr>
            </w:div>
            <w:div w:id="1450978446">
              <w:marLeft w:val="0"/>
              <w:marRight w:val="0"/>
              <w:marTop w:val="0"/>
              <w:marBottom w:val="0"/>
              <w:divBdr>
                <w:top w:val="none" w:sz="0" w:space="0" w:color="auto"/>
                <w:left w:val="none" w:sz="0" w:space="0" w:color="auto"/>
                <w:bottom w:val="none" w:sz="0" w:space="0" w:color="auto"/>
                <w:right w:val="none" w:sz="0" w:space="0" w:color="auto"/>
              </w:divBdr>
            </w:div>
            <w:div w:id="1679382150">
              <w:marLeft w:val="0"/>
              <w:marRight w:val="0"/>
              <w:marTop w:val="0"/>
              <w:marBottom w:val="0"/>
              <w:divBdr>
                <w:top w:val="none" w:sz="0" w:space="0" w:color="auto"/>
                <w:left w:val="none" w:sz="0" w:space="0" w:color="auto"/>
                <w:bottom w:val="none" w:sz="0" w:space="0" w:color="auto"/>
                <w:right w:val="none" w:sz="0" w:space="0" w:color="auto"/>
              </w:divBdr>
            </w:div>
            <w:div w:id="82336057">
              <w:marLeft w:val="0"/>
              <w:marRight w:val="0"/>
              <w:marTop w:val="0"/>
              <w:marBottom w:val="0"/>
              <w:divBdr>
                <w:top w:val="none" w:sz="0" w:space="0" w:color="auto"/>
                <w:left w:val="none" w:sz="0" w:space="0" w:color="auto"/>
                <w:bottom w:val="none" w:sz="0" w:space="0" w:color="auto"/>
                <w:right w:val="none" w:sz="0" w:space="0" w:color="auto"/>
              </w:divBdr>
            </w:div>
            <w:div w:id="245119427">
              <w:marLeft w:val="0"/>
              <w:marRight w:val="0"/>
              <w:marTop w:val="0"/>
              <w:marBottom w:val="0"/>
              <w:divBdr>
                <w:top w:val="none" w:sz="0" w:space="0" w:color="auto"/>
                <w:left w:val="none" w:sz="0" w:space="0" w:color="auto"/>
                <w:bottom w:val="none" w:sz="0" w:space="0" w:color="auto"/>
                <w:right w:val="none" w:sz="0" w:space="0" w:color="auto"/>
              </w:divBdr>
            </w:div>
            <w:div w:id="2009096477">
              <w:marLeft w:val="0"/>
              <w:marRight w:val="0"/>
              <w:marTop w:val="0"/>
              <w:marBottom w:val="0"/>
              <w:divBdr>
                <w:top w:val="none" w:sz="0" w:space="0" w:color="auto"/>
                <w:left w:val="none" w:sz="0" w:space="0" w:color="auto"/>
                <w:bottom w:val="none" w:sz="0" w:space="0" w:color="auto"/>
                <w:right w:val="none" w:sz="0" w:space="0" w:color="auto"/>
              </w:divBdr>
            </w:div>
            <w:div w:id="919291713">
              <w:marLeft w:val="0"/>
              <w:marRight w:val="0"/>
              <w:marTop w:val="0"/>
              <w:marBottom w:val="0"/>
              <w:divBdr>
                <w:top w:val="none" w:sz="0" w:space="0" w:color="auto"/>
                <w:left w:val="none" w:sz="0" w:space="0" w:color="auto"/>
                <w:bottom w:val="none" w:sz="0" w:space="0" w:color="auto"/>
                <w:right w:val="none" w:sz="0" w:space="0" w:color="auto"/>
              </w:divBdr>
            </w:div>
            <w:div w:id="570043880">
              <w:marLeft w:val="0"/>
              <w:marRight w:val="0"/>
              <w:marTop w:val="0"/>
              <w:marBottom w:val="0"/>
              <w:divBdr>
                <w:top w:val="none" w:sz="0" w:space="0" w:color="auto"/>
                <w:left w:val="none" w:sz="0" w:space="0" w:color="auto"/>
                <w:bottom w:val="none" w:sz="0" w:space="0" w:color="auto"/>
                <w:right w:val="none" w:sz="0" w:space="0" w:color="auto"/>
              </w:divBdr>
            </w:div>
            <w:div w:id="1007176547">
              <w:marLeft w:val="0"/>
              <w:marRight w:val="0"/>
              <w:marTop w:val="0"/>
              <w:marBottom w:val="0"/>
              <w:divBdr>
                <w:top w:val="none" w:sz="0" w:space="0" w:color="auto"/>
                <w:left w:val="none" w:sz="0" w:space="0" w:color="auto"/>
                <w:bottom w:val="none" w:sz="0" w:space="0" w:color="auto"/>
                <w:right w:val="none" w:sz="0" w:space="0" w:color="auto"/>
              </w:divBdr>
            </w:div>
            <w:div w:id="722828060">
              <w:marLeft w:val="0"/>
              <w:marRight w:val="0"/>
              <w:marTop w:val="0"/>
              <w:marBottom w:val="0"/>
              <w:divBdr>
                <w:top w:val="none" w:sz="0" w:space="0" w:color="auto"/>
                <w:left w:val="none" w:sz="0" w:space="0" w:color="auto"/>
                <w:bottom w:val="none" w:sz="0" w:space="0" w:color="auto"/>
                <w:right w:val="none" w:sz="0" w:space="0" w:color="auto"/>
              </w:divBdr>
            </w:div>
            <w:div w:id="2123189463">
              <w:marLeft w:val="0"/>
              <w:marRight w:val="0"/>
              <w:marTop w:val="0"/>
              <w:marBottom w:val="0"/>
              <w:divBdr>
                <w:top w:val="none" w:sz="0" w:space="0" w:color="auto"/>
                <w:left w:val="none" w:sz="0" w:space="0" w:color="auto"/>
                <w:bottom w:val="none" w:sz="0" w:space="0" w:color="auto"/>
                <w:right w:val="none" w:sz="0" w:space="0" w:color="auto"/>
              </w:divBdr>
            </w:div>
            <w:div w:id="1906791466">
              <w:marLeft w:val="0"/>
              <w:marRight w:val="0"/>
              <w:marTop w:val="0"/>
              <w:marBottom w:val="0"/>
              <w:divBdr>
                <w:top w:val="none" w:sz="0" w:space="0" w:color="auto"/>
                <w:left w:val="none" w:sz="0" w:space="0" w:color="auto"/>
                <w:bottom w:val="none" w:sz="0" w:space="0" w:color="auto"/>
                <w:right w:val="none" w:sz="0" w:space="0" w:color="auto"/>
              </w:divBdr>
            </w:div>
            <w:div w:id="2116320753">
              <w:marLeft w:val="0"/>
              <w:marRight w:val="0"/>
              <w:marTop w:val="0"/>
              <w:marBottom w:val="0"/>
              <w:divBdr>
                <w:top w:val="none" w:sz="0" w:space="0" w:color="auto"/>
                <w:left w:val="none" w:sz="0" w:space="0" w:color="auto"/>
                <w:bottom w:val="none" w:sz="0" w:space="0" w:color="auto"/>
                <w:right w:val="none" w:sz="0" w:space="0" w:color="auto"/>
              </w:divBdr>
            </w:div>
            <w:div w:id="707607372">
              <w:marLeft w:val="0"/>
              <w:marRight w:val="0"/>
              <w:marTop w:val="0"/>
              <w:marBottom w:val="0"/>
              <w:divBdr>
                <w:top w:val="none" w:sz="0" w:space="0" w:color="auto"/>
                <w:left w:val="none" w:sz="0" w:space="0" w:color="auto"/>
                <w:bottom w:val="none" w:sz="0" w:space="0" w:color="auto"/>
                <w:right w:val="none" w:sz="0" w:space="0" w:color="auto"/>
              </w:divBdr>
            </w:div>
            <w:div w:id="1915889390">
              <w:marLeft w:val="0"/>
              <w:marRight w:val="0"/>
              <w:marTop w:val="0"/>
              <w:marBottom w:val="0"/>
              <w:divBdr>
                <w:top w:val="none" w:sz="0" w:space="0" w:color="auto"/>
                <w:left w:val="none" w:sz="0" w:space="0" w:color="auto"/>
                <w:bottom w:val="none" w:sz="0" w:space="0" w:color="auto"/>
                <w:right w:val="none" w:sz="0" w:space="0" w:color="auto"/>
              </w:divBdr>
            </w:div>
            <w:div w:id="166755920">
              <w:marLeft w:val="0"/>
              <w:marRight w:val="0"/>
              <w:marTop w:val="0"/>
              <w:marBottom w:val="0"/>
              <w:divBdr>
                <w:top w:val="none" w:sz="0" w:space="0" w:color="auto"/>
                <w:left w:val="none" w:sz="0" w:space="0" w:color="auto"/>
                <w:bottom w:val="none" w:sz="0" w:space="0" w:color="auto"/>
                <w:right w:val="none" w:sz="0" w:space="0" w:color="auto"/>
              </w:divBdr>
            </w:div>
            <w:div w:id="1913155579">
              <w:marLeft w:val="0"/>
              <w:marRight w:val="0"/>
              <w:marTop w:val="0"/>
              <w:marBottom w:val="0"/>
              <w:divBdr>
                <w:top w:val="none" w:sz="0" w:space="0" w:color="auto"/>
                <w:left w:val="none" w:sz="0" w:space="0" w:color="auto"/>
                <w:bottom w:val="none" w:sz="0" w:space="0" w:color="auto"/>
                <w:right w:val="none" w:sz="0" w:space="0" w:color="auto"/>
              </w:divBdr>
            </w:div>
            <w:div w:id="344553688">
              <w:marLeft w:val="0"/>
              <w:marRight w:val="0"/>
              <w:marTop w:val="0"/>
              <w:marBottom w:val="0"/>
              <w:divBdr>
                <w:top w:val="none" w:sz="0" w:space="0" w:color="auto"/>
                <w:left w:val="none" w:sz="0" w:space="0" w:color="auto"/>
                <w:bottom w:val="none" w:sz="0" w:space="0" w:color="auto"/>
                <w:right w:val="none" w:sz="0" w:space="0" w:color="auto"/>
              </w:divBdr>
            </w:div>
            <w:div w:id="427391193">
              <w:marLeft w:val="0"/>
              <w:marRight w:val="0"/>
              <w:marTop w:val="0"/>
              <w:marBottom w:val="0"/>
              <w:divBdr>
                <w:top w:val="none" w:sz="0" w:space="0" w:color="auto"/>
                <w:left w:val="none" w:sz="0" w:space="0" w:color="auto"/>
                <w:bottom w:val="none" w:sz="0" w:space="0" w:color="auto"/>
                <w:right w:val="none" w:sz="0" w:space="0" w:color="auto"/>
              </w:divBdr>
            </w:div>
            <w:div w:id="1493838624">
              <w:marLeft w:val="0"/>
              <w:marRight w:val="0"/>
              <w:marTop w:val="0"/>
              <w:marBottom w:val="0"/>
              <w:divBdr>
                <w:top w:val="none" w:sz="0" w:space="0" w:color="auto"/>
                <w:left w:val="none" w:sz="0" w:space="0" w:color="auto"/>
                <w:bottom w:val="none" w:sz="0" w:space="0" w:color="auto"/>
                <w:right w:val="none" w:sz="0" w:space="0" w:color="auto"/>
              </w:divBdr>
            </w:div>
            <w:div w:id="298465157">
              <w:marLeft w:val="0"/>
              <w:marRight w:val="0"/>
              <w:marTop w:val="0"/>
              <w:marBottom w:val="0"/>
              <w:divBdr>
                <w:top w:val="none" w:sz="0" w:space="0" w:color="auto"/>
                <w:left w:val="none" w:sz="0" w:space="0" w:color="auto"/>
                <w:bottom w:val="none" w:sz="0" w:space="0" w:color="auto"/>
                <w:right w:val="none" w:sz="0" w:space="0" w:color="auto"/>
              </w:divBdr>
            </w:div>
            <w:div w:id="1920098135">
              <w:marLeft w:val="0"/>
              <w:marRight w:val="0"/>
              <w:marTop w:val="0"/>
              <w:marBottom w:val="0"/>
              <w:divBdr>
                <w:top w:val="none" w:sz="0" w:space="0" w:color="auto"/>
                <w:left w:val="none" w:sz="0" w:space="0" w:color="auto"/>
                <w:bottom w:val="none" w:sz="0" w:space="0" w:color="auto"/>
                <w:right w:val="none" w:sz="0" w:space="0" w:color="auto"/>
              </w:divBdr>
            </w:div>
            <w:div w:id="829826849">
              <w:marLeft w:val="0"/>
              <w:marRight w:val="0"/>
              <w:marTop w:val="0"/>
              <w:marBottom w:val="0"/>
              <w:divBdr>
                <w:top w:val="none" w:sz="0" w:space="0" w:color="auto"/>
                <w:left w:val="none" w:sz="0" w:space="0" w:color="auto"/>
                <w:bottom w:val="none" w:sz="0" w:space="0" w:color="auto"/>
                <w:right w:val="none" w:sz="0" w:space="0" w:color="auto"/>
              </w:divBdr>
            </w:div>
            <w:div w:id="1027214606">
              <w:marLeft w:val="0"/>
              <w:marRight w:val="0"/>
              <w:marTop w:val="0"/>
              <w:marBottom w:val="0"/>
              <w:divBdr>
                <w:top w:val="none" w:sz="0" w:space="0" w:color="auto"/>
                <w:left w:val="none" w:sz="0" w:space="0" w:color="auto"/>
                <w:bottom w:val="none" w:sz="0" w:space="0" w:color="auto"/>
                <w:right w:val="none" w:sz="0" w:space="0" w:color="auto"/>
              </w:divBdr>
            </w:div>
            <w:div w:id="1614938450">
              <w:marLeft w:val="0"/>
              <w:marRight w:val="0"/>
              <w:marTop w:val="0"/>
              <w:marBottom w:val="0"/>
              <w:divBdr>
                <w:top w:val="none" w:sz="0" w:space="0" w:color="auto"/>
                <w:left w:val="none" w:sz="0" w:space="0" w:color="auto"/>
                <w:bottom w:val="none" w:sz="0" w:space="0" w:color="auto"/>
                <w:right w:val="none" w:sz="0" w:space="0" w:color="auto"/>
              </w:divBdr>
            </w:div>
            <w:div w:id="896403773">
              <w:marLeft w:val="0"/>
              <w:marRight w:val="0"/>
              <w:marTop w:val="0"/>
              <w:marBottom w:val="0"/>
              <w:divBdr>
                <w:top w:val="none" w:sz="0" w:space="0" w:color="auto"/>
                <w:left w:val="none" w:sz="0" w:space="0" w:color="auto"/>
                <w:bottom w:val="none" w:sz="0" w:space="0" w:color="auto"/>
                <w:right w:val="none" w:sz="0" w:space="0" w:color="auto"/>
              </w:divBdr>
            </w:div>
            <w:div w:id="1983346448">
              <w:marLeft w:val="0"/>
              <w:marRight w:val="0"/>
              <w:marTop w:val="0"/>
              <w:marBottom w:val="0"/>
              <w:divBdr>
                <w:top w:val="none" w:sz="0" w:space="0" w:color="auto"/>
                <w:left w:val="none" w:sz="0" w:space="0" w:color="auto"/>
                <w:bottom w:val="none" w:sz="0" w:space="0" w:color="auto"/>
                <w:right w:val="none" w:sz="0" w:space="0" w:color="auto"/>
              </w:divBdr>
            </w:div>
            <w:div w:id="1228417700">
              <w:marLeft w:val="0"/>
              <w:marRight w:val="0"/>
              <w:marTop w:val="0"/>
              <w:marBottom w:val="0"/>
              <w:divBdr>
                <w:top w:val="none" w:sz="0" w:space="0" w:color="auto"/>
                <w:left w:val="none" w:sz="0" w:space="0" w:color="auto"/>
                <w:bottom w:val="none" w:sz="0" w:space="0" w:color="auto"/>
                <w:right w:val="none" w:sz="0" w:space="0" w:color="auto"/>
              </w:divBdr>
            </w:div>
            <w:div w:id="1705789360">
              <w:marLeft w:val="0"/>
              <w:marRight w:val="0"/>
              <w:marTop w:val="0"/>
              <w:marBottom w:val="0"/>
              <w:divBdr>
                <w:top w:val="none" w:sz="0" w:space="0" w:color="auto"/>
                <w:left w:val="none" w:sz="0" w:space="0" w:color="auto"/>
                <w:bottom w:val="none" w:sz="0" w:space="0" w:color="auto"/>
                <w:right w:val="none" w:sz="0" w:space="0" w:color="auto"/>
              </w:divBdr>
            </w:div>
            <w:div w:id="1021930174">
              <w:marLeft w:val="0"/>
              <w:marRight w:val="0"/>
              <w:marTop w:val="0"/>
              <w:marBottom w:val="0"/>
              <w:divBdr>
                <w:top w:val="none" w:sz="0" w:space="0" w:color="auto"/>
                <w:left w:val="none" w:sz="0" w:space="0" w:color="auto"/>
                <w:bottom w:val="none" w:sz="0" w:space="0" w:color="auto"/>
                <w:right w:val="none" w:sz="0" w:space="0" w:color="auto"/>
              </w:divBdr>
            </w:div>
            <w:div w:id="739787902">
              <w:marLeft w:val="0"/>
              <w:marRight w:val="0"/>
              <w:marTop w:val="0"/>
              <w:marBottom w:val="0"/>
              <w:divBdr>
                <w:top w:val="none" w:sz="0" w:space="0" w:color="auto"/>
                <w:left w:val="none" w:sz="0" w:space="0" w:color="auto"/>
                <w:bottom w:val="none" w:sz="0" w:space="0" w:color="auto"/>
                <w:right w:val="none" w:sz="0" w:space="0" w:color="auto"/>
              </w:divBdr>
            </w:div>
            <w:div w:id="735400648">
              <w:marLeft w:val="0"/>
              <w:marRight w:val="0"/>
              <w:marTop w:val="0"/>
              <w:marBottom w:val="0"/>
              <w:divBdr>
                <w:top w:val="none" w:sz="0" w:space="0" w:color="auto"/>
                <w:left w:val="none" w:sz="0" w:space="0" w:color="auto"/>
                <w:bottom w:val="none" w:sz="0" w:space="0" w:color="auto"/>
                <w:right w:val="none" w:sz="0" w:space="0" w:color="auto"/>
              </w:divBdr>
            </w:div>
            <w:div w:id="1423792226">
              <w:marLeft w:val="0"/>
              <w:marRight w:val="0"/>
              <w:marTop w:val="0"/>
              <w:marBottom w:val="0"/>
              <w:divBdr>
                <w:top w:val="none" w:sz="0" w:space="0" w:color="auto"/>
                <w:left w:val="none" w:sz="0" w:space="0" w:color="auto"/>
                <w:bottom w:val="none" w:sz="0" w:space="0" w:color="auto"/>
                <w:right w:val="none" w:sz="0" w:space="0" w:color="auto"/>
              </w:divBdr>
            </w:div>
            <w:div w:id="1230456629">
              <w:marLeft w:val="0"/>
              <w:marRight w:val="0"/>
              <w:marTop w:val="0"/>
              <w:marBottom w:val="0"/>
              <w:divBdr>
                <w:top w:val="none" w:sz="0" w:space="0" w:color="auto"/>
                <w:left w:val="none" w:sz="0" w:space="0" w:color="auto"/>
                <w:bottom w:val="none" w:sz="0" w:space="0" w:color="auto"/>
                <w:right w:val="none" w:sz="0" w:space="0" w:color="auto"/>
              </w:divBdr>
            </w:div>
            <w:div w:id="1628389019">
              <w:marLeft w:val="0"/>
              <w:marRight w:val="0"/>
              <w:marTop w:val="0"/>
              <w:marBottom w:val="0"/>
              <w:divBdr>
                <w:top w:val="none" w:sz="0" w:space="0" w:color="auto"/>
                <w:left w:val="none" w:sz="0" w:space="0" w:color="auto"/>
                <w:bottom w:val="none" w:sz="0" w:space="0" w:color="auto"/>
                <w:right w:val="none" w:sz="0" w:space="0" w:color="auto"/>
              </w:divBdr>
            </w:div>
            <w:div w:id="1319188419">
              <w:marLeft w:val="0"/>
              <w:marRight w:val="0"/>
              <w:marTop w:val="0"/>
              <w:marBottom w:val="0"/>
              <w:divBdr>
                <w:top w:val="none" w:sz="0" w:space="0" w:color="auto"/>
                <w:left w:val="none" w:sz="0" w:space="0" w:color="auto"/>
                <w:bottom w:val="none" w:sz="0" w:space="0" w:color="auto"/>
                <w:right w:val="none" w:sz="0" w:space="0" w:color="auto"/>
              </w:divBdr>
            </w:div>
            <w:div w:id="1508204070">
              <w:marLeft w:val="0"/>
              <w:marRight w:val="0"/>
              <w:marTop w:val="0"/>
              <w:marBottom w:val="0"/>
              <w:divBdr>
                <w:top w:val="none" w:sz="0" w:space="0" w:color="auto"/>
                <w:left w:val="none" w:sz="0" w:space="0" w:color="auto"/>
                <w:bottom w:val="none" w:sz="0" w:space="0" w:color="auto"/>
                <w:right w:val="none" w:sz="0" w:space="0" w:color="auto"/>
              </w:divBdr>
            </w:div>
            <w:div w:id="2125424130">
              <w:marLeft w:val="0"/>
              <w:marRight w:val="0"/>
              <w:marTop w:val="0"/>
              <w:marBottom w:val="0"/>
              <w:divBdr>
                <w:top w:val="none" w:sz="0" w:space="0" w:color="auto"/>
                <w:left w:val="none" w:sz="0" w:space="0" w:color="auto"/>
                <w:bottom w:val="none" w:sz="0" w:space="0" w:color="auto"/>
                <w:right w:val="none" w:sz="0" w:space="0" w:color="auto"/>
              </w:divBdr>
            </w:div>
            <w:div w:id="332033534">
              <w:marLeft w:val="0"/>
              <w:marRight w:val="0"/>
              <w:marTop w:val="0"/>
              <w:marBottom w:val="0"/>
              <w:divBdr>
                <w:top w:val="none" w:sz="0" w:space="0" w:color="auto"/>
                <w:left w:val="none" w:sz="0" w:space="0" w:color="auto"/>
                <w:bottom w:val="none" w:sz="0" w:space="0" w:color="auto"/>
                <w:right w:val="none" w:sz="0" w:space="0" w:color="auto"/>
              </w:divBdr>
            </w:div>
            <w:div w:id="1504053524">
              <w:marLeft w:val="0"/>
              <w:marRight w:val="0"/>
              <w:marTop w:val="0"/>
              <w:marBottom w:val="0"/>
              <w:divBdr>
                <w:top w:val="none" w:sz="0" w:space="0" w:color="auto"/>
                <w:left w:val="none" w:sz="0" w:space="0" w:color="auto"/>
                <w:bottom w:val="none" w:sz="0" w:space="0" w:color="auto"/>
                <w:right w:val="none" w:sz="0" w:space="0" w:color="auto"/>
              </w:divBdr>
            </w:div>
            <w:div w:id="1021737660">
              <w:marLeft w:val="0"/>
              <w:marRight w:val="0"/>
              <w:marTop w:val="0"/>
              <w:marBottom w:val="0"/>
              <w:divBdr>
                <w:top w:val="none" w:sz="0" w:space="0" w:color="auto"/>
                <w:left w:val="none" w:sz="0" w:space="0" w:color="auto"/>
                <w:bottom w:val="none" w:sz="0" w:space="0" w:color="auto"/>
                <w:right w:val="none" w:sz="0" w:space="0" w:color="auto"/>
              </w:divBdr>
            </w:div>
            <w:div w:id="725832779">
              <w:marLeft w:val="0"/>
              <w:marRight w:val="0"/>
              <w:marTop w:val="0"/>
              <w:marBottom w:val="0"/>
              <w:divBdr>
                <w:top w:val="none" w:sz="0" w:space="0" w:color="auto"/>
                <w:left w:val="none" w:sz="0" w:space="0" w:color="auto"/>
                <w:bottom w:val="none" w:sz="0" w:space="0" w:color="auto"/>
                <w:right w:val="none" w:sz="0" w:space="0" w:color="auto"/>
              </w:divBdr>
            </w:div>
            <w:div w:id="1940017316">
              <w:marLeft w:val="0"/>
              <w:marRight w:val="0"/>
              <w:marTop w:val="0"/>
              <w:marBottom w:val="0"/>
              <w:divBdr>
                <w:top w:val="none" w:sz="0" w:space="0" w:color="auto"/>
                <w:left w:val="none" w:sz="0" w:space="0" w:color="auto"/>
                <w:bottom w:val="none" w:sz="0" w:space="0" w:color="auto"/>
                <w:right w:val="none" w:sz="0" w:space="0" w:color="auto"/>
              </w:divBdr>
            </w:div>
            <w:div w:id="1278488589">
              <w:marLeft w:val="0"/>
              <w:marRight w:val="0"/>
              <w:marTop w:val="0"/>
              <w:marBottom w:val="0"/>
              <w:divBdr>
                <w:top w:val="none" w:sz="0" w:space="0" w:color="auto"/>
                <w:left w:val="none" w:sz="0" w:space="0" w:color="auto"/>
                <w:bottom w:val="none" w:sz="0" w:space="0" w:color="auto"/>
                <w:right w:val="none" w:sz="0" w:space="0" w:color="auto"/>
              </w:divBdr>
            </w:div>
            <w:div w:id="2080865574">
              <w:marLeft w:val="0"/>
              <w:marRight w:val="0"/>
              <w:marTop w:val="0"/>
              <w:marBottom w:val="0"/>
              <w:divBdr>
                <w:top w:val="none" w:sz="0" w:space="0" w:color="auto"/>
                <w:left w:val="none" w:sz="0" w:space="0" w:color="auto"/>
                <w:bottom w:val="none" w:sz="0" w:space="0" w:color="auto"/>
                <w:right w:val="none" w:sz="0" w:space="0" w:color="auto"/>
              </w:divBdr>
            </w:div>
            <w:div w:id="1433434007">
              <w:marLeft w:val="0"/>
              <w:marRight w:val="0"/>
              <w:marTop w:val="0"/>
              <w:marBottom w:val="0"/>
              <w:divBdr>
                <w:top w:val="none" w:sz="0" w:space="0" w:color="auto"/>
                <w:left w:val="none" w:sz="0" w:space="0" w:color="auto"/>
                <w:bottom w:val="none" w:sz="0" w:space="0" w:color="auto"/>
                <w:right w:val="none" w:sz="0" w:space="0" w:color="auto"/>
              </w:divBdr>
            </w:div>
            <w:div w:id="2093427919">
              <w:marLeft w:val="0"/>
              <w:marRight w:val="0"/>
              <w:marTop w:val="0"/>
              <w:marBottom w:val="0"/>
              <w:divBdr>
                <w:top w:val="none" w:sz="0" w:space="0" w:color="auto"/>
                <w:left w:val="none" w:sz="0" w:space="0" w:color="auto"/>
                <w:bottom w:val="none" w:sz="0" w:space="0" w:color="auto"/>
                <w:right w:val="none" w:sz="0" w:space="0" w:color="auto"/>
              </w:divBdr>
            </w:div>
            <w:div w:id="314379499">
              <w:marLeft w:val="0"/>
              <w:marRight w:val="0"/>
              <w:marTop w:val="0"/>
              <w:marBottom w:val="0"/>
              <w:divBdr>
                <w:top w:val="none" w:sz="0" w:space="0" w:color="auto"/>
                <w:left w:val="none" w:sz="0" w:space="0" w:color="auto"/>
                <w:bottom w:val="none" w:sz="0" w:space="0" w:color="auto"/>
                <w:right w:val="none" w:sz="0" w:space="0" w:color="auto"/>
              </w:divBdr>
            </w:div>
            <w:div w:id="429590264">
              <w:marLeft w:val="0"/>
              <w:marRight w:val="0"/>
              <w:marTop w:val="0"/>
              <w:marBottom w:val="0"/>
              <w:divBdr>
                <w:top w:val="none" w:sz="0" w:space="0" w:color="auto"/>
                <w:left w:val="none" w:sz="0" w:space="0" w:color="auto"/>
                <w:bottom w:val="none" w:sz="0" w:space="0" w:color="auto"/>
                <w:right w:val="none" w:sz="0" w:space="0" w:color="auto"/>
              </w:divBdr>
            </w:div>
            <w:div w:id="1870483043">
              <w:marLeft w:val="0"/>
              <w:marRight w:val="0"/>
              <w:marTop w:val="0"/>
              <w:marBottom w:val="0"/>
              <w:divBdr>
                <w:top w:val="none" w:sz="0" w:space="0" w:color="auto"/>
                <w:left w:val="none" w:sz="0" w:space="0" w:color="auto"/>
                <w:bottom w:val="none" w:sz="0" w:space="0" w:color="auto"/>
                <w:right w:val="none" w:sz="0" w:space="0" w:color="auto"/>
              </w:divBdr>
            </w:div>
            <w:div w:id="1180582661">
              <w:marLeft w:val="0"/>
              <w:marRight w:val="0"/>
              <w:marTop w:val="0"/>
              <w:marBottom w:val="0"/>
              <w:divBdr>
                <w:top w:val="none" w:sz="0" w:space="0" w:color="auto"/>
                <w:left w:val="none" w:sz="0" w:space="0" w:color="auto"/>
                <w:bottom w:val="none" w:sz="0" w:space="0" w:color="auto"/>
                <w:right w:val="none" w:sz="0" w:space="0" w:color="auto"/>
              </w:divBdr>
            </w:div>
            <w:div w:id="1168981527">
              <w:marLeft w:val="0"/>
              <w:marRight w:val="0"/>
              <w:marTop w:val="0"/>
              <w:marBottom w:val="0"/>
              <w:divBdr>
                <w:top w:val="none" w:sz="0" w:space="0" w:color="auto"/>
                <w:left w:val="none" w:sz="0" w:space="0" w:color="auto"/>
                <w:bottom w:val="none" w:sz="0" w:space="0" w:color="auto"/>
                <w:right w:val="none" w:sz="0" w:space="0" w:color="auto"/>
              </w:divBdr>
            </w:div>
            <w:div w:id="433283531">
              <w:marLeft w:val="0"/>
              <w:marRight w:val="0"/>
              <w:marTop w:val="0"/>
              <w:marBottom w:val="0"/>
              <w:divBdr>
                <w:top w:val="none" w:sz="0" w:space="0" w:color="auto"/>
                <w:left w:val="none" w:sz="0" w:space="0" w:color="auto"/>
                <w:bottom w:val="none" w:sz="0" w:space="0" w:color="auto"/>
                <w:right w:val="none" w:sz="0" w:space="0" w:color="auto"/>
              </w:divBdr>
            </w:div>
            <w:div w:id="1422946878">
              <w:marLeft w:val="0"/>
              <w:marRight w:val="0"/>
              <w:marTop w:val="0"/>
              <w:marBottom w:val="0"/>
              <w:divBdr>
                <w:top w:val="none" w:sz="0" w:space="0" w:color="auto"/>
                <w:left w:val="none" w:sz="0" w:space="0" w:color="auto"/>
                <w:bottom w:val="none" w:sz="0" w:space="0" w:color="auto"/>
                <w:right w:val="none" w:sz="0" w:space="0" w:color="auto"/>
              </w:divBdr>
            </w:div>
            <w:div w:id="1749647313">
              <w:marLeft w:val="0"/>
              <w:marRight w:val="0"/>
              <w:marTop w:val="0"/>
              <w:marBottom w:val="0"/>
              <w:divBdr>
                <w:top w:val="none" w:sz="0" w:space="0" w:color="auto"/>
                <w:left w:val="none" w:sz="0" w:space="0" w:color="auto"/>
                <w:bottom w:val="none" w:sz="0" w:space="0" w:color="auto"/>
                <w:right w:val="none" w:sz="0" w:space="0" w:color="auto"/>
              </w:divBdr>
            </w:div>
            <w:div w:id="896165880">
              <w:marLeft w:val="0"/>
              <w:marRight w:val="0"/>
              <w:marTop w:val="0"/>
              <w:marBottom w:val="0"/>
              <w:divBdr>
                <w:top w:val="none" w:sz="0" w:space="0" w:color="auto"/>
                <w:left w:val="none" w:sz="0" w:space="0" w:color="auto"/>
                <w:bottom w:val="none" w:sz="0" w:space="0" w:color="auto"/>
                <w:right w:val="none" w:sz="0" w:space="0" w:color="auto"/>
              </w:divBdr>
            </w:div>
            <w:div w:id="766728245">
              <w:marLeft w:val="0"/>
              <w:marRight w:val="0"/>
              <w:marTop w:val="0"/>
              <w:marBottom w:val="0"/>
              <w:divBdr>
                <w:top w:val="none" w:sz="0" w:space="0" w:color="auto"/>
                <w:left w:val="none" w:sz="0" w:space="0" w:color="auto"/>
                <w:bottom w:val="none" w:sz="0" w:space="0" w:color="auto"/>
                <w:right w:val="none" w:sz="0" w:space="0" w:color="auto"/>
              </w:divBdr>
            </w:div>
            <w:div w:id="33779097">
              <w:marLeft w:val="0"/>
              <w:marRight w:val="0"/>
              <w:marTop w:val="0"/>
              <w:marBottom w:val="0"/>
              <w:divBdr>
                <w:top w:val="none" w:sz="0" w:space="0" w:color="auto"/>
                <w:left w:val="none" w:sz="0" w:space="0" w:color="auto"/>
                <w:bottom w:val="none" w:sz="0" w:space="0" w:color="auto"/>
                <w:right w:val="none" w:sz="0" w:space="0" w:color="auto"/>
              </w:divBdr>
            </w:div>
            <w:div w:id="861476103">
              <w:marLeft w:val="0"/>
              <w:marRight w:val="0"/>
              <w:marTop w:val="0"/>
              <w:marBottom w:val="0"/>
              <w:divBdr>
                <w:top w:val="none" w:sz="0" w:space="0" w:color="auto"/>
                <w:left w:val="none" w:sz="0" w:space="0" w:color="auto"/>
                <w:bottom w:val="none" w:sz="0" w:space="0" w:color="auto"/>
                <w:right w:val="none" w:sz="0" w:space="0" w:color="auto"/>
              </w:divBdr>
            </w:div>
            <w:div w:id="1314723266">
              <w:marLeft w:val="0"/>
              <w:marRight w:val="0"/>
              <w:marTop w:val="0"/>
              <w:marBottom w:val="0"/>
              <w:divBdr>
                <w:top w:val="none" w:sz="0" w:space="0" w:color="auto"/>
                <w:left w:val="none" w:sz="0" w:space="0" w:color="auto"/>
                <w:bottom w:val="none" w:sz="0" w:space="0" w:color="auto"/>
                <w:right w:val="none" w:sz="0" w:space="0" w:color="auto"/>
              </w:divBdr>
            </w:div>
            <w:div w:id="874579158">
              <w:marLeft w:val="0"/>
              <w:marRight w:val="0"/>
              <w:marTop w:val="0"/>
              <w:marBottom w:val="0"/>
              <w:divBdr>
                <w:top w:val="none" w:sz="0" w:space="0" w:color="auto"/>
                <w:left w:val="none" w:sz="0" w:space="0" w:color="auto"/>
                <w:bottom w:val="none" w:sz="0" w:space="0" w:color="auto"/>
                <w:right w:val="none" w:sz="0" w:space="0" w:color="auto"/>
              </w:divBdr>
            </w:div>
            <w:div w:id="2133622167">
              <w:marLeft w:val="0"/>
              <w:marRight w:val="0"/>
              <w:marTop w:val="0"/>
              <w:marBottom w:val="0"/>
              <w:divBdr>
                <w:top w:val="none" w:sz="0" w:space="0" w:color="auto"/>
                <w:left w:val="none" w:sz="0" w:space="0" w:color="auto"/>
                <w:bottom w:val="none" w:sz="0" w:space="0" w:color="auto"/>
                <w:right w:val="none" w:sz="0" w:space="0" w:color="auto"/>
              </w:divBdr>
            </w:div>
            <w:div w:id="844394967">
              <w:marLeft w:val="0"/>
              <w:marRight w:val="0"/>
              <w:marTop w:val="0"/>
              <w:marBottom w:val="0"/>
              <w:divBdr>
                <w:top w:val="none" w:sz="0" w:space="0" w:color="auto"/>
                <w:left w:val="none" w:sz="0" w:space="0" w:color="auto"/>
                <w:bottom w:val="none" w:sz="0" w:space="0" w:color="auto"/>
                <w:right w:val="none" w:sz="0" w:space="0" w:color="auto"/>
              </w:divBdr>
            </w:div>
            <w:div w:id="1993630510">
              <w:marLeft w:val="0"/>
              <w:marRight w:val="0"/>
              <w:marTop w:val="0"/>
              <w:marBottom w:val="0"/>
              <w:divBdr>
                <w:top w:val="none" w:sz="0" w:space="0" w:color="auto"/>
                <w:left w:val="none" w:sz="0" w:space="0" w:color="auto"/>
                <w:bottom w:val="none" w:sz="0" w:space="0" w:color="auto"/>
                <w:right w:val="none" w:sz="0" w:space="0" w:color="auto"/>
              </w:divBdr>
            </w:div>
            <w:div w:id="1922835406">
              <w:marLeft w:val="0"/>
              <w:marRight w:val="0"/>
              <w:marTop w:val="0"/>
              <w:marBottom w:val="0"/>
              <w:divBdr>
                <w:top w:val="none" w:sz="0" w:space="0" w:color="auto"/>
                <w:left w:val="none" w:sz="0" w:space="0" w:color="auto"/>
                <w:bottom w:val="none" w:sz="0" w:space="0" w:color="auto"/>
                <w:right w:val="none" w:sz="0" w:space="0" w:color="auto"/>
              </w:divBdr>
            </w:div>
            <w:div w:id="532349286">
              <w:marLeft w:val="0"/>
              <w:marRight w:val="0"/>
              <w:marTop w:val="0"/>
              <w:marBottom w:val="0"/>
              <w:divBdr>
                <w:top w:val="none" w:sz="0" w:space="0" w:color="auto"/>
                <w:left w:val="none" w:sz="0" w:space="0" w:color="auto"/>
                <w:bottom w:val="none" w:sz="0" w:space="0" w:color="auto"/>
                <w:right w:val="none" w:sz="0" w:space="0" w:color="auto"/>
              </w:divBdr>
            </w:div>
            <w:div w:id="681012723">
              <w:marLeft w:val="0"/>
              <w:marRight w:val="0"/>
              <w:marTop w:val="0"/>
              <w:marBottom w:val="0"/>
              <w:divBdr>
                <w:top w:val="none" w:sz="0" w:space="0" w:color="auto"/>
                <w:left w:val="none" w:sz="0" w:space="0" w:color="auto"/>
                <w:bottom w:val="none" w:sz="0" w:space="0" w:color="auto"/>
                <w:right w:val="none" w:sz="0" w:space="0" w:color="auto"/>
              </w:divBdr>
            </w:div>
            <w:div w:id="713389423">
              <w:marLeft w:val="0"/>
              <w:marRight w:val="0"/>
              <w:marTop w:val="0"/>
              <w:marBottom w:val="0"/>
              <w:divBdr>
                <w:top w:val="none" w:sz="0" w:space="0" w:color="auto"/>
                <w:left w:val="none" w:sz="0" w:space="0" w:color="auto"/>
                <w:bottom w:val="none" w:sz="0" w:space="0" w:color="auto"/>
                <w:right w:val="none" w:sz="0" w:space="0" w:color="auto"/>
              </w:divBdr>
            </w:div>
            <w:div w:id="1176307906">
              <w:marLeft w:val="0"/>
              <w:marRight w:val="0"/>
              <w:marTop w:val="0"/>
              <w:marBottom w:val="0"/>
              <w:divBdr>
                <w:top w:val="none" w:sz="0" w:space="0" w:color="auto"/>
                <w:left w:val="none" w:sz="0" w:space="0" w:color="auto"/>
                <w:bottom w:val="none" w:sz="0" w:space="0" w:color="auto"/>
                <w:right w:val="none" w:sz="0" w:space="0" w:color="auto"/>
              </w:divBdr>
            </w:div>
            <w:div w:id="2044860265">
              <w:marLeft w:val="0"/>
              <w:marRight w:val="0"/>
              <w:marTop w:val="0"/>
              <w:marBottom w:val="0"/>
              <w:divBdr>
                <w:top w:val="none" w:sz="0" w:space="0" w:color="auto"/>
                <w:left w:val="none" w:sz="0" w:space="0" w:color="auto"/>
                <w:bottom w:val="none" w:sz="0" w:space="0" w:color="auto"/>
                <w:right w:val="none" w:sz="0" w:space="0" w:color="auto"/>
              </w:divBdr>
            </w:div>
            <w:div w:id="681585122">
              <w:marLeft w:val="0"/>
              <w:marRight w:val="0"/>
              <w:marTop w:val="0"/>
              <w:marBottom w:val="0"/>
              <w:divBdr>
                <w:top w:val="none" w:sz="0" w:space="0" w:color="auto"/>
                <w:left w:val="none" w:sz="0" w:space="0" w:color="auto"/>
                <w:bottom w:val="none" w:sz="0" w:space="0" w:color="auto"/>
                <w:right w:val="none" w:sz="0" w:space="0" w:color="auto"/>
              </w:divBdr>
            </w:div>
            <w:div w:id="1244726213">
              <w:marLeft w:val="0"/>
              <w:marRight w:val="0"/>
              <w:marTop w:val="0"/>
              <w:marBottom w:val="0"/>
              <w:divBdr>
                <w:top w:val="none" w:sz="0" w:space="0" w:color="auto"/>
                <w:left w:val="none" w:sz="0" w:space="0" w:color="auto"/>
                <w:bottom w:val="none" w:sz="0" w:space="0" w:color="auto"/>
                <w:right w:val="none" w:sz="0" w:space="0" w:color="auto"/>
              </w:divBdr>
            </w:div>
            <w:div w:id="828834098">
              <w:marLeft w:val="0"/>
              <w:marRight w:val="0"/>
              <w:marTop w:val="0"/>
              <w:marBottom w:val="0"/>
              <w:divBdr>
                <w:top w:val="none" w:sz="0" w:space="0" w:color="auto"/>
                <w:left w:val="none" w:sz="0" w:space="0" w:color="auto"/>
                <w:bottom w:val="none" w:sz="0" w:space="0" w:color="auto"/>
                <w:right w:val="none" w:sz="0" w:space="0" w:color="auto"/>
              </w:divBdr>
            </w:div>
            <w:div w:id="1368140647">
              <w:marLeft w:val="0"/>
              <w:marRight w:val="0"/>
              <w:marTop w:val="0"/>
              <w:marBottom w:val="0"/>
              <w:divBdr>
                <w:top w:val="none" w:sz="0" w:space="0" w:color="auto"/>
                <w:left w:val="none" w:sz="0" w:space="0" w:color="auto"/>
                <w:bottom w:val="none" w:sz="0" w:space="0" w:color="auto"/>
                <w:right w:val="none" w:sz="0" w:space="0" w:color="auto"/>
              </w:divBdr>
            </w:div>
            <w:div w:id="508494492">
              <w:marLeft w:val="0"/>
              <w:marRight w:val="0"/>
              <w:marTop w:val="0"/>
              <w:marBottom w:val="0"/>
              <w:divBdr>
                <w:top w:val="none" w:sz="0" w:space="0" w:color="auto"/>
                <w:left w:val="none" w:sz="0" w:space="0" w:color="auto"/>
                <w:bottom w:val="none" w:sz="0" w:space="0" w:color="auto"/>
                <w:right w:val="none" w:sz="0" w:space="0" w:color="auto"/>
              </w:divBdr>
            </w:div>
            <w:div w:id="565530742">
              <w:marLeft w:val="0"/>
              <w:marRight w:val="0"/>
              <w:marTop w:val="0"/>
              <w:marBottom w:val="0"/>
              <w:divBdr>
                <w:top w:val="none" w:sz="0" w:space="0" w:color="auto"/>
                <w:left w:val="none" w:sz="0" w:space="0" w:color="auto"/>
                <w:bottom w:val="none" w:sz="0" w:space="0" w:color="auto"/>
                <w:right w:val="none" w:sz="0" w:space="0" w:color="auto"/>
              </w:divBdr>
            </w:div>
            <w:div w:id="1430389683">
              <w:marLeft w:val="0"/>
              <w:marRight w:val="0"/>
              <w:marTop w:val="0"/>
              <w:marBottom w:val="0"/>
              <w:divBdr>
                <w:top w:val="none" w:sz="0" w:space="0" w:color="auto"/>
                <w:left w:val="none" w:sz="0" w:space="0" w:color="auto"/>
                <w:bottom w:val="none" w:sz="0" w:space="0" w:color="auto"/>
                <w:right w:val="none" w:sz="0" w:space="0" w:color="auto"/>
              </w:divBdr>
            </w:div>
            <w:div w:id="1783568">
              <w:marLeft w:val="0"/>
              <w:marRight w:val="0"/>
              <w:marTop w:val="0"/>
              <w:marBottom w:val="0"/>
              <w:divBdr>
                <w:top w:val="none" w:sz="0" w:space="0" w:color="auto"/>
                <w:left w:val="none" w:sz="0" w:space="0" w:color="auto"/>
                <w:bottom w:val="none" w:sz="0" w:space="0" w:color="auto"/>
                <w:right w:val="none" w:sz="0" w:space="0" w:color="auto"/>
              </w:divBdr>
            </w:div>
            <w:div w:id="1805150518">
              <w:marLeft w:val="0"/>
              <w:marRight w:val="0"/>
              <w:marTop w:val="0"/>
              <w:marBottom w:val="0"/>
              <w:divBdr>
                <w:top w:val="none" w:sz="0" w:space="0" w:color="auto"/>
                <w:left w:val="none" w:sz="0" w:space="0" w:color="auto"/>
                <w:bottom w:val="none" w:sz="0" w:space="0" w:color="auto"/>
                <w:right w:val="none" w:sz="0" w:space="0" w:color="auto"/>
              </w:divBdr>
            </w:div>
            <w:div w:id="1401637670">
              <w:marLeft w:val="0"/>
              <w:marRight w:val="0"/>
              <w:marTop w:val="0"/>
              <w:marBottom w:val="0"/>
              <w:divBdr>
                <w:top w:val="none" w:sz="0" w:space="0" w:color="auto"/>
                <w:left w:val="none" w:sz="0" w:space="0" w:color="auto"/>
                <w:bottom w:val="none" w:sz="0" w:space="0" w:color="auto"/>
                <w:right w:val="none" w:sz="0" w:space="0" w:color="auto"/>
              </w:divBdr>
            </w:div>
            <w:div w:id="132866980">
              <w:marLeft w:val="0"/>
              <w:marRight w:val="0"/>
              <w:marTop w:val="0"/>
              <w:marBottom w:val="0"/>
              <w:divBdr>
                <w:top w:val="none" w:sz="0" w:space="0" w:color="auto"/>
                <w:left w:val="none" w:sz="0" w:space="0" w:color="auto"/>
                <w:bottom w:val="none" w:sz="0" w:space="0" w:color="auto"/>
                <w:right w:val="none" w:sz="0" w:space="0" w:color="auto"/>
              </w:divBdr>
            </w:div>
            <w:div w:id="558202480">
              <w:marLeft w:val="0"/>
              <w:marRight w:val="0"/>
              <w:marTop w:val="0"/>
              <w:marBottom w:val="0"/>
              <w:divBdr>
                <w:top w:val="none" w:sz="0" w:space="0" w:color="auto"/>
                <w:left w:val="none" w:sz="0" w:space="0" w:color="auto"/>
                <w:bottom w:val="none" w:sz="0" w:space="0" w:color="auto"/>
                <w:right w:val="none" w:sz="0" w:space="0" w:color="auto"/>
              </w:divBdr>
            </w:div>
            <w:div w:id="1108431538">
              <w:marLeft w:val="0"/>
              <w:marRight w:val="0"/>
              <w:marTop w:val="0"/>
              <w:marBottom w:val="0"/>
              <w:divBdr>
                <w:top w:val="none" w:sz="0" w:space="0" w:color="auto"/>
                <w:left w:val="none" w:sz="0" w:space="0" w:color="auto"/>
                <w:bottom w:val="none" w:sz="0" w:space="0" w:color="auto"/>
                <w:right w:val="none" w:sz="0" w:space="0" w:color="auto"/>
              </w:divBdr>
            </w:div>
            <w:div w:id="386421729">
              <w:marLeft w:val="0"/>
              <w:marRight w:val="0"/>
              <w:marTop w:val="0"/>
              <w:marBottom w:val="0"/>
              <w:divBdr>
                <w:top w:val="none" w:sz="0" w:space="0" w:color="auto"/>
                <w:left w:val="none" w:sz="0" w:space="0" w:color="auto"/>
                <w:bottom w:val="none" w:sz="0" w:space="0" w:color="auto"/>
                <w:right w:val="none" w:sz="0" w:space="0" w:color="auto"/>
              </w:divBdr>
            </w:div>
            <w:div w:id="2028486867">
              <w:marLeft w:val="0"/>
              <w:marRight w:val="0"/>
              <w:marTop w:val="0"/>
              <w:marBottom w:val="0"/>
              <w:divBdr>
                <w:top w:val="none" w:sz="0" w:space="0" w:color="auto"/>
                <w:left w:val="none" w:sz="0" w:space="0" w:color="auto"/>
                <w:bottom w:val="none" w:sz="0" w:space="0" w:color="auto"/>
                <w:right w:val="none" w:sz="0" w:space="0" w:color="auto"/>
              </w:divBdr>
            </w:div>
            <w:div w:id="220210184">
              <w:marLeft w:val="0"/>
              <w:marRight w:val="0"/>
              <w:marTop w:val="0"/>
              <w:marBottom w:val="0"/>
              <w:divBdr>
                <w:top w:val="none" w:sz="0" w:space="0" w:color="auto"/>
                <w:left w:val="none" w:sz="0" w:space="0" w:color="auto"/>
                <w:bottom w:val="none" w:sz="0" w:space="0" w:color="auto"/>
                <w:right w:val="none" w:sz="0" w:space="0" w:color="auto"/>
              </w:divBdr>
            </w:div>
            <w:div w:id="1333338932">
              <w:marLeft w:val="0"/>
              <w:marRight w:val="0"/>
              <w:marTop w:val="0"/>
              <w:marBottom w:val="0"/>
              <w:divBdr>
                <w:top w:val="none" w:sz="0" w:space="0" w:color="auto"/>
                <w:left w:val="none" w:sz="0" w:space="0" w:color="auto"/>
                <w:bottom w:val="none" w:sz="0" w:space="0" w:color="auto"/>
                <w:right w:val="none" w:sz="0" w:space="0" w:color="auto"/>
              </w:divBdr>
            </w:div>
            <w:div w:id="626737391">
              <w:marLeft w:val="0"/>
              <w:marRight w:val="0"/>
              <w:marTop w:val="0"/>
              <w:marBottom w:val="0"/>
              <w:divBdr>
                <w:top w:val="none" w:sz="0" w:space="0" w:color="auto"/>
                <w:left w:val="none" w:sz="0" w:space="0" w:color="auto"/>
                <w:bottom w:val="none" w:sz="0" w:space="0" w:color="auto"/>
                <w:right w:val="none" w:sz="0" w:space="0" w:color="auto"/>
              </w:divBdr>
            </w:div>
            <w:div w:id="907887579">
              <w:marLeft w:val="0"/>
              <w:marRight w:val="0"/>
              <w:marTop w:val="0"/>
              <w:marBottom w:val="0"/>
              <w:divBdr>
                <w:top w:val="none" w:sz="0" w:space="0" w:color="auto"/>
                <w:left w:val="none" w:sz="0" w:space="0" w:color="auto"/>
                <w:bottom w:val="none" w:sz="0" w:space="0" w:color="auto"/>
                <w:right w:val="none" w:sz="0" w:space="0" w:color="auto"/>
              </w:divBdr>
            </w:div>
            <w:div w:id="1467241002">
              <w:marLeft w:val="0"/>
              <w:marRight w:val="0"/>
              <w:marTop w:val="0"/>
              <w:marBottom w:val="0"/>
              <w:divBdr>
                <w:top w:val="none" w:sz="0" w:space="0" w:color="auto"/>
                <w:left w:val="none" w:sz="0" w:space="0" w:color="auto"/>
                <w:bottom w:val="none" w:sz="0" w:space="0" w:color="auto"/>
                <w:right w:val="none" w:sz="0" w:space="0" w:color="auto"/>
              </w:divBdr>
            </w:div>
            <w:div w:id="616376455">
              <w:marLeft w:val="0"/>
              <w:marRight w:val="0"/>
              <w:marTop w:val="0"/>
              <w:marBottom w:val="0"/>
              <w:divBdr>
                <w:top w:val="none" w:sz="0" w:space="0" w:color="auto"/>
                <w:left w:val="none" w:sz="0" w:space="0" w:color="auto"/>
                <w:bottom w:val="none" w:sz="0" w:space="0" w:color="auto"/>
                <w:right w:val="none" w:sz="0" w:space="0" w:color="auto"/>
              </w:divBdr>
            </w:div>
            <w:div w:id="1427113341">
              <w:marLeft w:val="0"/>
              <w:marRight w:val="0"/>
              <w:marTop w:val="0"/>
              <w:marBottom w:val="0"/>
              <w:divBdr>
                <w:top w:val="none" w:sz="0" w:space="0" w:color="auto"/>
                <w:left w:val="none" w:sz="0" w:space="0" w:color="auto"/>
                <w:bottom w:val="none" w:sz="0" w:space="0" w:color="auto"/>
                <w:right w:val="none" w:sz="0" w:space="0" w:color="auto"/>
              </w:divBdr>
            </w:div>
            <w:div w:id="508373653">
              <w:marLeft w:val="0"/>
              <w:marRight w:val="0"/>
              <w:marTop w:val="0"/>
              <w:marBottom w:val="0"/>
              <w:divBdr>
                <w:top w:val="none" w:sz="0" w:space="0" w:color="auto"/>
                <w:left w:val="none" w:sz="0" w:space="0" w:color="auto"/>
                <w:bottom w:val="none" w:sz="0" w:space="0" w:color="auto"/>
                <w:right w:val="none" w:sz="0" w:space="0" w:color="auto"/>
              </w:divBdr>
            </w:div>
            <w:div w:id="6011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232">
      <w:bodyDiv w:val="1"/>
      <w:marLeft w:val="0"/>
      <w:marRight w:val="0"/>
      <w:marTop w:val="0"/>
      <w:marBottom w:val="0"/>
      <w:divBdr>
        <w:top w:val="none" w:sz="0" w:space="0" w:color="auto"/>
        <w:left w:val="none" w:sz="0" w:space="0" w:color="auto"/>
        <w:bottom w:val="none" w:sz="0" w:space="0" w:color="auto"/>
        <w:right w:val="none" w:sz="0" w:space="0" w:color="auto"/>
      </w:divBdr>
      <w:divsChild>
        <w:div w:id="1142238010">
          <w:marLeft w:val="0"/>
          <w:marRight w:val="0"/>
          <w:marTop w:val="0"/>
          <w:marBottom w:val="0"/>
          <w:divBdr>
            <w:top w:val="none" w:sz="0" w:space="0" w:color="auto"/>
            <w:left w:val="none" w:sz="0" w:space="0" w:color="auto"/>
            <w:bottom w:val="none" w:sz="0" w:space="0" w:color="auto"/>
            <w:right w:val="none" w:sz="0" w:space="0" w:color="auto"/>
          </w:divBdr>
          <w:divsChild>
            <w:div w:id="1099913837">
              <w:marLeft w:val="0"/>
              <w:marRight w:val="0"/>
              <w:marTop w:val="0"/>
              <w:marBottom w:val="0"/>
              <w:divBdr>
                <w:top w:val="none" w:sz="0" w:space="0" w:color="auto"/>
                <w:left w:val="none" w:sz="0" w:space="0" w:color="auto"/>
                <w:bottom w:val="none" w:sz="0" w:space="0" w:color="auto"/>
                <w:right w:val="none" w:sz="0" w:space="0" w:color="auto"/>
              </w:divBdr>
            </w:div>
            <w:div w:id="582297862">
              <w:marLeft w:val="0"/>
              <w:marRight w:val="0"/>
              <w:marTop w:val="0"/>
              <w:marBottom w:val="0"/>
              <w:divBdr>
                <w:top w:val="none" w:sz="0" w:space="0" w:color="auto"/>
                <w:left w:val="none" w:sz="0" w:space="0" w:color="auto"/>
                <w:bottom w:val="none" w:sz="0" w:space="0" w:color="auto"/>
                <w:right w:val="none" w:sz="0" w:space="0" w:color="auto"/>
              </w:divBdr>
            </w:div>
            <w:div w:id="1675376815">
              <w:marLeft w:val="0"/>
              <w:marRight w:val="0"/>
              <w:marTop w:val="0"/>
              <w:marBottom w:val="0"/>
              <w:divBdr>
                <w:top w:val="none" w:sz="0" w:space="0" w:color="auto"/>
                <w:left w:val="none" w:sz="0" w:space="0" w:color="auto"/>
                <w:bottom w:val="none" w:sz="0" w:space="0" w:color="auto"/>
                <w:right w:val="none" w:sz="0" w:space="0" w:color="auto"/>
              </w:divBdr>
            </w:div>
            <w:div w:id="790785690">
              <w:marLeft w:val="0"/>
              <w:marRight w:val="0"/>
              <w:marTop w:val="0"/>
              <w:marBottom w:val="0"/>
              <w:divBdr>
                <w:top w:val="none" w:sz="0" w:space="0" w:color="auto"/>
                <w:left w:val="none" w:sz="0" w:space="0" w:color="auto"/>
                <w:bottom w:val="none" w:sz="0" w:space="0" w:color="auto"/>
                <w:right w:val="none" w:sz="0" w:space="0" w:color="auto"/>
              </w:divBdr>
            </w:div>
            <w:div w:id="839657168">
              <w:marLeft w:val="0"/>
              <w:marRight w:val="0"/>
              <w:marTop w:val="0"/>
              <w:marBottom w:val="0"/>
              <w:divBdr>
                <w:top w:val="none" w:sz="0" w:space="0" w:color="auto"/>
                <w:left w:val="none" w:sz="0" w:space="0" w:color="auto"/>
                <w:bottom w:val="none" w:sz="0" w:space="0" w:color="auto"/>
                <w:right w:val="none" w:sz="0" w:space="0" w:color="auto"/>
              </w:divBdr>
            </w:div>
            <w:div w:id="7755030">
              <w:marLeft w:val="0"/>
              <w:marRight w:val="0"/>
              <w:marTop w:val="0"/>
              <w:marBottom w:val="0"/>
              <w:divBdr>
                <w:top w:val="none" w:sz="0" w:space="0" w:color="auto"/>
                <w:left w:val="none" w:sz="0" w:space="0" w:color="auto"/>
                <w:bottom w:val="none" w:sz="0" w:space="0" w:color="auto"/>
                <w:right w:val="none" w:sz="0" w:space="0" w:color="auto"/>
              </w:divBdr>
            </w:div>
            <w:div w:id="1623878588">
              <w:marLeft w:val="0"/>
              <w:marRight w:val="0"/>
              <w:marTop w:val="0"/>
              <w:marBottom w:val="0"/>
              <w:divBdr>
                <w:top w:val="none" w:sz="0" w:space="0" w:color="auto"/>
                <w:left w:val="none" w:sz="0" w:space="0" w:color="auto"/>
                <w:bottom w:val="none" w:sz="0" w:space="0" w:color="auto"/>
                <w:right w:val="none" w:sz="0" w:space="0" w:color="auto"/>
              </w:divBdr>
            </w:div>
            <w:div w:id="903416914">
              <w:marLeft w:val="0"/>
              <w:marRight w:val="0"/>
              <w:marTop w:val="0"/>
              <w:marBottom w:val="0"/>
              <w:divBdr>
                <w:top w:val="none" w:sz="0" w:space="0" w:color="auto"/>
                <w:left w:val="none" w:sz="0" w:space="0" w:color="auto"/>
                <w:bottom w:val="none" w:sz="0" w:space="0" w:color="auto"/>
                <w:right w:val="none" w:sz="0" w:space="0" w:color="auto"/>
              </w:divBdr>
            </w:div>
            <w:div w:id="1029530091">
              <w:marLeft w:val="0"/>
              <w:marRight w:val="0"/>
              <w:marTop w:val="0"/>
              <w:marBottom w:val="0"/>
              <w:divBdr>
                <w:top w:val="none" w:sz="0" w:space="0" w:color="auto"/>
                <w:left w:val="none" w:sz="0" w:space="0" w:color="auto"/>
                <w:bottom w:val="none" w:sz="0" w:space="0" w:color="auto"/>
                <w:right w:val="none" w:sz="0" w:space="0" w:color="auto"/>
              </w:divBdr>
            </w:div>
            <w:div w:id="130293204">
              <w:marLeft w:val="0"/>
              <w:marRight w:val="0"/>
              <w:marTop w:val="0"/>
              <w:marBottom w:val="0"/>
              <w:divBdr>
                <w:top w:val="none" w:sz="0" w:space="0" w:color="auto"/>
                <w:left w:val="none" w:sz="0" w:space="0" w:color="auto"/>
                <w:bottom w:val="none" w:sz="0" w:space="0" w:color="auto"/>
                <w:right w:val="none" w:sz="0" w:space="0" w:color="auto"/>
              </w:divBdr>
            </w:div>
            <w:div w:id="1333491538">
              <w:marLeft w:val="0"/>
              <w:marRight w:val="0"/>
              <w:marTop w:val="0"/>
              <w:marBottom w:val="0"/>
              <w:divBdr>
                <w:top w:val="none" w:sz="0" w:space="0" w:color="auto"/>
                <w:left w:val="none" w:sz="0" w:space="0" w:color="auto"/>
                <w:bottom w:val="none" w:sz="0" w:space="0" w:color="auto"/>
                <w:right w:val="none" w:sz="0" w:space="0" w:color="auto"/>
              </w:divBdr>
            </w:div>
            <w:div w:id="1094865158">
              <w:marLeft w:val="0"/>
              <w:marRight w:val="0"/>
              <w:marTop w:val="0"/>
              <w:marBottom w:val="0"/>
              <w:divBdr>
                <w:top w:val="none" w:sz="0" w:space="0" w:color="auto"/>
                <w:left w:val="none" w:sz="0" w:space="0" w:color="auto"/>
                <w:bottom w:val="none" w:sz="0" w:space="0" w:color="auto"/>
                <w:right w:val="none" w:sz="0" w:space="0" w:color="auto"/>
              </w:divBdr>
            </w:div>
            <w:div w:id="1665008650">
              <w:marLeft w:val="0"/>
              <w:marRight w:val="0"/>
              <w:marTop w:val="0"/>
              <w:marBottom w:val="0"/>
              <w:divBdr>
                <w:top w:val="none" w:sz="0" w:space="0" w:color="auto"/>
                <w:left w:val="none" w:sz="0" w:space="0" w:color="auto"/>
                <w:bottom w:val="none" w:sz="0" w:space="0" w:color="auto"/>
                <w:right w:val="none" w:sz="0" w:space="0" w:color="auto"/>
              </w:divBdr>
            </w:div>
            <w:div w:id="1870681967">
              <w:marLeft w:val="0"/>
              <w:marRight w:val="0"/>
              <w:marTop w:val="0"/>
              <w:marBottom w:val="0"/>
              <w:divBdr>
                <w:top w:val="none" w:sz="0" w:space="0" w:color="auto"/>
                <w:left w:val="none" w:sz="0" w:space="0" w:color="auto"/>
                <w:bottom w:val="none" w:sz="0" w:space="0" w:color="auto"/>
                <w:right w:val="none" w:sz="0" w:space="0" w:color="auto"/>
              </w:divBdr>
            </w:div>
            <w:div w:id="1778210492">
              <w:marLeft w:val="0"/>
              <w:marRight w:val="0"/>
              <w:marTop w:val="0"/>
              <w:marBottom w:val="0"/>
              <w:divBdr>
                <w:top w:val="none" w:sz="0" w:space="0" w:color="auto"/>
                <w:left w:val="none" w:sz="0" w:space="0" w:color="auto"/>
                <w:bottom w:val="none" w:sz="0" w:space="0" w:color="auto"/>
                <w:right w:val="none" w:sz="0" w:space="0" w:color="auto"/>
              </w:divBdr>
            </w:div>
            <w:div w:id="466582887">
              <w:marLeft w:val="0"/>
              <w:marRight w:val="0"/>
              <w:marTop w:val="0"/>
              <w:marBottom w:val="0"/>
              <w:divBdr>
                <w:top w:val="none" w:sz="0" w:space="0" w:color="auto"/>
                <w:left w:val="none" w:sz="0" w:space="0" w:color="auto"/>
                <w:bottom w:val="none" w:sz="0" w:space="0" w:color="auto"/>
                <w:right w:val="none" w:sz="0" w:space="0" w:color="auto"/>
              </w:divBdr>
            </w:div>
            <w:div w:id="274336397">
              <w:marLeft w:val="0"/>
              <w:marRight w:val="0"/>
              <w:marTop w:val="0"/>
              <w:marBottom w:val="0"/>
              <w:divBdr>
                <w:top w:val="none" w:sz="0" w:space="0" w:color="auto"/>
                <w:left w:val="none" w:sz="0" w:space="0" w:color="auto"/>
                <w:bottom w:val="none" w:sz="0" w:space="0" w:color="auto"/>
                <w:right w:val="none" w:sz="0" w:space="0" w:color="auto"/>
              </w:divBdr>
            </w:div>
            <w:div w:id="1605963286">
              <w:marLeft w:val="0"/>
              <w:marRight w:val="0"/>
              <w:marTop w:val="0"/>
              <w:marBottom w:val="0"/>
              <w:divBdr>
                <w:top w:val="none" w:sz="0" w:space="0" w:color="auto"/>
                <w:left w:val="none" w:sz="0" w:space="0" w:color="auto"/>
                <w:bottom w:val="none" w:sz="0" w:space="0" w:color="auto"/>
                <w:right w:val="none" w:sz="0" w:space="0" w:color="auto"/>
              </w:divBdr>
            </w:div>
            <w:div w:id="2050690585">
              <w:marLeft w:val="0"/>
              <w:marRight w:val="0"/>
              <w:marTop w:val="0"/>
              <w:marBottom w:val="0"/>
              <w:divBdr>
                <w:top w:val="none" w:sz="0" w:space="0" w:color="auto"/>
                <w:left w:val="none" w:sz="0" w:space="0" w:color="auto"/>
                <w:bottom w:val="none" w:sz="0" w:space="0" w:color="auto"/>
                <w:right w:val="none" w:sz="0" w:space="0" w:color="auto"/>
              </w:divBdr>
            </w:div>
            <w:div w:id="1812093473">
              <w:marLeft w:val="0"/>
              <w:marRight w:val="0"/>
              <w:marTop w:val="0"/>
              <w:marBottom w:val="0"/>
              <w:divBdr>
                <w:top w:val="none" w:sz="0" w:space="0" w:color="auto"/>
                <w:left w:val="none" w:sz="0" w:space="0" w:color="auto"/>
                <w:bottom w:val="none" w:sz="0" w:space="0" w:color="auto"/>
                <w:right w:val="none" w:sz="0" w:space="0" w:color="auto"/>
              </w:divBdr>
            </w:div>
            <w:div w:id="1262639229">
              <w:marLeft w:val="0"/>
              <w:marRight w:val="0"/>
              <w:marTop w:val="0"/>
              <w:marBottom w:val="0"/>
              <w:divBdr>
                <w:top w:val="none" w:sz="0" w:space="0" w:color="auto"/>
                <w:left w:val="none" w:sz="0" w:space="0" w:color="auto"/>
                <w:bottom w:val="none" w:sz="0" w:space="0" w:color="auto"/>
                <w:right w:val="none" w:sz="0" w:space="0" w:color="auto"/>
              </w:divBdr>
            </w:div>
            <w:div w:id="1643851141">
              <w:marLeft w:val="0"/>
              <w:marRight w:val="0"/>
              <w:marTop w:val="0"/>
              <w:marBottom w:val="0"/>
              <w:divBdr>
                <w:top w:val="none" w:sz="0" w:space="0" w:color="auto"/>
                <w:left w:val="none" w:sz="0" w:space="0" w:color="auto"/>
                <w:bottom w:val="none" w:sz="0" w:space="0" w:color="auto"/>
                <w:right w:val="none" w:sz="0" w:space="0" w:color="auto"/>
              </w:divBdr>
            </w:div>
            <w:div w:id="1670863823">
              <w:marLeft w:val="0"/>
              <w:marRight w:val="0"/>
              <w:marTop w:val="0"/>
              <w:marBottom w:val="0"/>
              <w:divBdr>
                <w:top w:val="none" w:sz="0" w:space="0" w:color="auto"/>
                <w:left w:val="none" w:sz="0" w:space="0" w:color="auto"/>
                <w:bottom w:val="none" w:sz="0" w:space="0" w:color="auto"/>
                <w:right w:val="none" w:sz="0" w:space="0" w:color="auto"/>
              </w:divBdr>
            </w:div>
            <w:div w:id="815951813">
              <w:marLeft w:val="0"/>
              <w:marRight w:val="0"/>
              <w:marTop w:val="0"/>
              <w:marBottom w:val="0"/>
              <w:divBdr>
                <w:top w:val="none" w:sz="0" w:space="0" w:color="auto"/>
                <w:left w:val="none" w:sz="0" w:space="0" w:color="auto"/>
                <w:bottom w:val="none" w:sz="0" w:space="0" w:color="auto"/>
                <w:right w:val="none" w:sz="0" w:space="0" w:color="auto"/>
              </w:divBdr>
            </w:div>
            <w:div w:id="124782370">
              <w:marLeft w:val="0"/>
              <w:marRight w:val="0"/>
              <w:marTop w:val="0"/>
              <w:marBottom w:val="0"/>
              <w:divBdr>
                <w:top w:val="none" w:sz="0" w:space="0" w:color="auto"/>
                <w:left w:val="none" w:sz="0" w:space="0" w:color="auto"/>
                <w:bottom w:val="none" w:sz="0" w:space="0" w:color="auto"/>
                <w:right w:val="none" w:sz="0" w:space="0" w:color="auto"/>
              </w:divBdr>
            </w:div>
            <w:div w:id="928151168">
              <w:marLeft w:val="0"/>
              <w:marRight w:val="0"/>
              <w:marTop w:val="0"/>
              <w:marBottom w:val="0"/>
              <w:divBdr>
                <w:top w:val="none" w:sz="0" w:space="0" w:color="auto"/>
                <w:left w:val="none" w:sz="0" w:space="0" w:color="auto"/>
                <w:bottom w:val="none" w:sz="0" w:space="0" w:color="auto"/>
                <w:right w:val="none" w:sz="0" w:space="0" w:color="auto"/>
              </w:divBdr>
            </w:div>
            <w:div w:id="630013616">
              <w:marLeft w:val="0"/>
              <w:marRight w:val="0"/>
              <w:marTop w:val="0"/>
              <w:marBottom w:val="0"/>
              <w:divBdr>
                <w:top w:val="none" w:sz="0" w:space="0" w:color="auto"/>
                <w:left w:val="none" w:sz="0" w:space="0" w:color="auto"/>
                <w:bottom w:val="none" w:sz="0" w:space="0" w:color="auto"/>
                <w:right w:val="none" w:sz="0" w:space="0" w:color="auto"/>
              </w:divBdr>
            </w:div>
            <w:div w:id="283000698">
              <w:marLeft w:val="0"/>
              <w:marRight w:val="0"/>
              <w:marTop w:val="0"/>
              <w:marBottom w:val="0"/>
              <w:divBdr>
                <w:top w:val="none" w:sz="0" w:space="0" w:color="auto"/>
                <w:left w:val="none" w:sz="0" w:space="0" w:color="auto"/>
                <w:bottom w:val="none" w:sz="0" w:space="0" w:color="auto"/>
                <w:right w:val="none" w:sz="0" w:space="0" w:color="auto"/>
              </w:divBdr>
            </w:div>
            <w:div w:id="1410350221">
              <w:marLeft w:val="0"/>
              <w:marRight w:val="0"/>
              <w:marTop w:val="0"/>
              <w:marBottom w:val="0"/>
              <w:divBdr>
                <w:top w:val="none" w:sz="0" w:space="0" w:color="auto"/>
                <w:left w:val="none" w:sz="0" w:space="0" w:color="auto"/>
                <w:bottom w:val="none" w:sz="0" w:space="0" w:color="auto"/>
                <w:right w:val="none" w:sz="0" w:space="0" w:color="auto"/>
              </w:divBdr>
            </w:div>
            <w:div w:id="54399404">
              <w:marLeft w:val="0"/>
              <w:marRight w:val="0"/>
              <w:marTop w:val="0"/>
              <w:marBottom w:val="0"/>
              <w:divBdr>
                <w:top w:val="none" w:sz="0" w:space="0" w:color="auto"/>
                <w:left w:val="none" w:sz="0" w:space="0" w:color="auto"/>
                <w:bottom w:val="none" w:sz="0" w:space="0" w:color="auto"/>
                <w:right w:val="none" w:sz="0" w:space="0" w:color="auto"/>
              </w:divBdr>
            </w:div>
            <w:div w:id="160589540">
              <w:marLeft w:val="0"/>
              <w:marRight w:val="0"/>
              <w:marTop w:val="0"/>
              <w:marBottom w:val="0"/>
              <w:divBdr>
                <w:top w:val="none" w:sz="0" w:space="0" w:color="auto"/>
                <w:left w:val="none" w:sz="0" w:space="0" w:color="auto"/>
                <w:bottom w:val="none" w:sz="0" w:space="0" w:color="auto"/>
                <w:right w:val="none" w:sz="0" w:space="0" w:color="auto"/>
              </w:divBdr>
            </w:div>
            <w:div w:id="1804275812">
              <w:marLeft w:val="0"/>
              <w:marRight w:val="0"/>
              <w:marTop w:val="0"/>
              <w:marBottom w:val="0"/>
              <w:divBdr>
                <w:top w:val="none" w:sz="0" w:space="0" w:color="auto"/>
                <w:left w:val="none" w:sz="0" w:space="0" w:color="auto"/>
                <w:bottom w:val="none" w:sz="0" w:space="0" w:color="auto"/>
                <w:right w:val="none" w:sz="0" w:space="0" w:color="auto"/>
              </w:divBdr>
            </w:div>
            <w:div w:id="1297369240">
              <w:marLeft w:val="0"/>
              <w:marRight w:val="0"/>
              <w:marTop w:val="0"/>
              <w:marBottom w:val="0"/>
              <w:divBdr>
                <w:top w:val="none" w:sz="0" w:space="0" w:color="auto"/>
                <w:left w:val="none" w:sz="0" w:space="0" w:color="auto"/>
                <w:bottom w:val="none" w:sz="0" w:space="0" w:color="auto"/>
                <w:right w:val="none" w:sz="0" w:space="0" w:color="auto"/>
              </w:divBdr>
            </w:div>
            <w:div w:id="445580724">
              <w:marLeft w:val="0"/>
              <w:marRight w:val="0"/>
              <w:marTop w:val="0"/>
              <w:marBottom w:val="0"/>
              <w:divBdr>
                <w:top w:val="none" w:sz="0" w:space="0" w:color="auto"/>
                <w:left w:val="none" w:sz="0" w:space="0" w:color="auto"/>
                <w:bottom w:val="none" w:sz="0" w:space="0" w:color="auto"/>
                <w:right w:val="none" w:sz="0" w:space="0" w:color="auto"/>
              </w:divBdr>
            </w:div>
            <w:div w:id="1689524755">
              <w:marLeft w:val="0"/>
              <w:marRight w:val="0"/>
              <w:marTop w:val="0"/>
              <w:marBottom w:val="0"/>
              <w:divBdr>
                <w:top w:val="none" w:sz="0" w:space="0" w:color="auto"/>
                <w:left w:val="none" w:sz="0" w:space="0" w:color="auto"/>
                <w:bottom w:val="none" w:sz="0" w:space="0" w:color="auto"/>
                <w:right w:val="none" w:sz="0" w:space="0" w:color="auto"/>
              </w:divBdr>
            </w:div>
            <w:div w:id="1448506286">
              <w:marLeft w:val="0"/>
              <w:marRight w:val="0"/>
              <w:marTop w:val="0"/>
              <w:marBottom w:val="0"/>
              <w:divBdr>
                <w:top w:val="none" w:sz="0" w:space="0" w:color="auto"/>
                <w:left w:val="none" w:sz="0" w:space="0" w:color="auto"/>
                <w:bottom w:val="none" w:sz="0" w:space="0" w:color="auto"/>
                <w:right w:val="none" w:sz="0" w:space="0" w:color="auto"/>
              </w:divBdr>
            </w:div>
            <w:div w:id="77407692">
              <w:marLeft w:val="0"/>
              <w:marRight w:val="0"/>
              <w:marTop w:val="0"/>
              <w:marBottom w:val="0"/>
              <w:divBdr>
                <w:top w:val="none" w:sz="0" w:space="0" w:color="auto"/>
                <w:left w:val="none" w:sz="0" w:space="0" w:color="auto"/>
                <w:bottom w:val="none" w:sz="0" w:space="0" w:color="auto"/>
                <w:right w:val="none" w:sz="0" w:space="0" w:color="auto"/>
              </w:divBdr>
            </w:div>
            <w:div w:id="663439876">
              <w:marLeft w:val="0"/>
              <w:marRight w:val="0"/>
              <w:marTop w:val="0"/>
              <w:marBottom w:val="0"/>
              <w:divBdr>
                <w:top w:val="none" w:sz="0" w:space="0" w:color="auto"/>
                <w:left w:val="none" w:sz="0" w:space="0" w:color="auto"/>
                <w:bottom w:val="none" w:sz="0" w:space="0" w:color="auto"/>
                <w:right w:val="none" w:sz="0" w:space="0" w:color="auto"/>
              </w:divBdr>
            </w:div>
            <w:div w:id="545797148">
              <w:marLeft w:val="0"/>
              <w:marRight w:val="0"/>
              <w:marTop w:val="0"/>
              <w:marBottom w:val="0"/>
              <w:divBdr>
                <w:top w:val="none" w:sz="0" w:space="0" w:color="auto"/>
                <w:left w:val="none" w:sz="0" w:space="0" w:color="auto"/>
                <w:bottom w:val="none" w:sz="0" w:space="0" w:color="auto"/>
                <w:right w:val="none" w:sz="0" w:space="0" w:color="auto"/>
              </w:divBdr>
            </w:div>
            <w:div w:id="1014840699">
              <w:marLeft w:val="0"/>
              <w:marRight w:val="0"/>
              <w:marTop w:val="0"/>
              <w:marBottom w:val="0"/>
              <w:divBdr>
                <w:top w:val="none" w:sz="0" w:space="0" w:color="auto"/>
                <w:left w:val="none" w:sz="0" w:space="0" w:color="auto"/>
                <w:bottom w:val="none" w:sz="0" w:space="0" w:color="auto"/>
                <w:right w:val="none" w:sz="0" w:space="0" w:color="auto"/>
              </w:divBdr>
            </w:div>
            <w:div w:id="691416572">
              <w:marLeft w:val="0"/>
              <w:marRight w:val="0"/>
              <w:marTop w:val="0"/>
              <w:marBottom w:val="0"/>
              <w:divBdr>
                <w:top w:val="none" w:sz="0" w:space="0" w:color="auto"/>
                <w:left w:val="none" w:sz="0" w:space="0" w:color="auto"/>
                <w:bottom w:val="none" w:sz="0" w:space="0" w:color="auto"/>
                <w:right w:val="none" w:sz="0" w:space="0" w:color="auto"/>
              </w:divBdr>
            </w:div>
            <w:div w:id="585502820">
              <w:marLeft w:val="0"/>
              <w:marRight w:val="0"/>
              <w:marTop w:val="0"/>
              <w:marBottom w:val="0"/>
              <w:divBdr>
                <w:top w:val="none" w:sz="0" w:space="0" w:color="auto"/>
                <w:left w:val="none" w:sz="0" w:space="0" w:color="auto"/>
                <w:bottom w:val="none" w:sz="0" w:space="0" w:color="auto"/>
                <w:right w:val="none" w:sz="0" w:space="0" w:color="auto"/>
              </w:divBdr>
            </w:div>
            <w:div w:id="1526554696">
              <w:marLeft w:val="0"/>
              <w:marRight w:val="0"/>
              <w:marTop w:val="0"/>
              <w:marBottom w:val="0"/>
              <w:divBdr>
                <w:top w:val="none" w:sz="0" w:space="0" w:color="auto"/>
                <w:left w:val="none" w:sz="0" w:space="0" w:color="auto"/>
                <w:bottom w:val="none" w:sz="0" w:space="0" w:color="auto"/>
                <w:right w:val="none" w:sz="0" w:space="0" w:color="auto"/>
              </w:divBdr>
            </w:div>
            <w:div w:id="1152058522">
              <w:marLeft w:val="0"/>
              <w:marRight w:val="0"/>
              <w:marTop w:val="0"/>
              <w:marBottom w:val="0"/>
              <w:divBdr>
                <w:top w:val="none" w:sz="0" w:space="0" w:color="auto"/>
                <w:left w:val="none" w:sz="0" w:space="0" w:color="auto"/>
                <w:bottom w:val="none" w:sz="0" w:space="0" w:color="auto"/>
                <w:right w:val="none" w:sz="0" w:space="0" w:color="auto"/>
              </w:divBdr>
            </w:div>
            <w:div w:id="562065793">
              <w:marLeft w:val="0"/>
              <w:marRight w:val="0"/>
              <w:marTop w:val="0"/>
              <w:marBottom w:val="0"/>
              <w:divBdr>
                <w:top w:val="none" w:sz="0" w:space="0" w:color="auto"/>
                <w:left w:val="none" w:sz="0" w:space="0" w:color="auto"/>
                <w:bottom w:val="none" w:sz="0" w:space="0" w:color="auto"/>
                <w:right w:val="none" w:sz="0" w:space="0" w:color="auto"/>
              </w:divBdr>
            </w:div>
            <w:div w:id="341782334">
              <w:marLeft w:val="0"/>
              <w:marRight w:val="0"/>
              <w:marTop w:val="0"/>
              <w:marBottom w:val="0"/>
              <w:divBdr>
                <w:top w:val="none" w:sz="0" w:space="0" w:color="auto"/>
                <w:left w:val="none" w:sz="0" w:space="0" w:color="auto"/>
                <w:bottom w:val="none" w:sz="0" w:space="0" w:color="auto"/>
                <w:right w:val="none" w:sz="0" w:space="0" w:color="auto"/>
              </w:divBdr>
            </w:div>
            <w:div w:id="1862737948">
              <w:marLeft w:val="0"/>
              <w:marRight w:val="0"/>
              <w:marTop w:val="0"/>
              <w:marBottom w:val="0"/>
              <w:divBdr>
                <w:top w:val="none" w:sz="0" w:space="0" w:color="auto"/>
                <w:left w:val="none" w:sz="0" w:space="0" w:color="auto"/>
                <w:bottom w:val="none" w:sz="0" w:space="0" w:color="auto"/>
                <w:right w:val="none" w:sz="0" w:space="0" w:color="auto"/>
              </w:divBdr>
            </w:div>
            <w:div w:id="1435057203">
              <w:marLeft w:val="0"/>
              <w:marRight w:val="0"/>
              <w:marTop w:val="0"/>
              <w:marBottom w:val="0"/>
              <w:divBdr>
                <w:top w:val="none" w:sz="0" w:space="0" w:color="auto"/>
                <w:left w:val="none" w:sz="0" w:space="0" w:color="auto"/>
                <w:bottom w:val="none" w:sz="0" w:space="0" w:color="auto"/>
                <w:right w:val="none" w:sz="0" w:space="0" w:color="auto"/>
              </w:divBdr>
            </w:div>
            <w:div w:id="362823575">
              <w:marLeft w:val="0"/>
              <w:marRight w:val="0"/>
              <w:marTop w:val="0"/>
              <w:marBottom w:val="0"/>
              <w:divBdr>
                <w:top w:val="none" w:sz="0" w:space="0" w:color="auto"/>
                <w:left w:val="none" w:sz="0" w:space="0" w:color="auto"/>
                <w:bottom w:val="none" w:sz="0" w:space="0" w:color="auto"/>
                <w:right w:val="none" w:sz="0" w:space="0" w:color="auto"/>
              </w:divBdr>
            </w:div>
            <w:div w:id="794762825">
              <w:marLeft w:val="0"/>
              <w:marRight w:val="0"/>
              <w:marTop w:val="0"/>
              <w:marBottom w:val="0"/>
              <w:divBdr>
                <w:top w:val="none" w:sz="0" w:space="0" w:color="auto"/>
                <w:left w:val="none" w:sz="0" w:space="0" w:color="auto"/>
                <w:bottom w:val="none" w:sz="0" w:space="0" w:color="auto"/>
                <w:right w:val="none" w:sz="0" w:space="0" w:color="auto"/>
              </w:divBdr>
            </w:div>
            <w:div w:id="1561405954">
              <w:marLeft w:val="0"/>
              <w:marRight w:val="0"/>
              <w:marTop w:val="0"/>
              <w:marBottom w:val="0"/>
              <w:divBdr>
                <w:top w:val="none" w:sz="0" w:space="0" w:color="auto"/>
                <w:left w:val="none" w:sz="0" w:space="0" w:color="auto"/>
                <w:bottom w:val="none" w:sz="0" w:space="0" w:color="auto"/>
                <w:right w:val="none" w:sz="0" w:space="0" w:color="auto"/>
              </w:divBdr>
            </w:div>
            <w:div w:id="548150615">
              <w:marLeft w:val="0"/>
              <w:marRight w:val="0"/>
              <w:marTop w:val="0"/>
              <w:marBottom w:val="0"/>
              <w:divBdr>
                <w:top w:val="none" w:sz="0" w:space="0" w:color="auto"/>
                <w:left w:val="none" w:sz="0" w:space="0" w:color="auto"/>
                <w:bottom w:val="none" w:sz="0" w:space="0" w:color="auto"/>
                <w:right w:val="none" w:sz="0" w:space="0" w:color="auto"/>
              </w:divBdr>
            </w:div>
            <w:div w:id="384373284">
              <w:marLeft w:val="0"/>
              <w:marRight w:val="0"/>
              <w:marTop w:val="0"/>
              <w:marBottom w:val="0"/>
              <w:divBdr>
                <w:top w:val="none" w:sz="0" w:space="0" w:color="auto"/>
                <w:left w:val="none" w:sz="0" w:space="0" w:color="auto"/>
                <w:bottom w:val="none" w:sz="0" w:space="0" w:color="auto"/>
                <w:right w:val="none" w:sz="0" w:space="0" w:color="auto"/>
              </w:divBdr>
            </w:div>
            <w:div w:id="127280437">
              <w:marLeft w:val="0"/>
              <w:marRight w:val="0"/>
              <w:marTop w:val="0"/>
              <w:marBottom w:val="0"/>
              <w:divBdr>
                <w:top w:val="none" w:sz="0" w:space="0" w:color="auto"/>
                <w:left w:val="none" w:sz="0" w:space="0" w:color="auto"/>
                <w:bottom w:val="none" w:sz="0" w:space="0" w:color="auto"/>
                <w:right w:val="none" w:sz="0" w:space="0" w:color="auto"/>
              </w:divBdr>
            </w:div>
            <w:div w:id="132405126">
              <w:marLeft w:val="0"/>
              <w:marRight w:val="0"/>
              <w:marTop w:val="0"/>
              <w:marBottom w:val="0"/>
              <w:divBdr>
                <w:top w:val="none" w:sz="0" w:space="0" w:color="auto"/>
                <w:left w:val="none" w:sz="0" w:space="0" w:color="auto"/>
                <w:bottom w:val="none" w:sz="0" w:space="0" w:color="auto"/>
                <w:right w:val="none" w:sz="0" w:space="0" w:color="auto"/>
              </w:divBdr>
            </w:div>
            <w:div w:id="1167935535">
              <w:marLeft w:val="0"/>
              <w:marRight w:val="0"/>
              <w:marTop w:val="0"/>
              <w:marBottom w:val="0"/>
              <w:divBdr>
                <w:top w:val="none" w:sz="0" w:space="0" w:color="auto"/>
                <w:left w:val="none" w:sz="0" w:space="0" w:color="auto"/>
                <w:bottom w:val="none" w:sz="0" w:space="0" w:color="auto"/>
                <w:right w:val="none" w:sz="0" w:space="0" w:color="auto"/>
              </w:divBdr>
            </w:div>
            <w:div w:id="1611546005">
              <w:marLeft w:val="0"/>
              <w:marRight w:val="0"/>
              <w:marTop w:val="0"/>
              <w:marBottom w:val="0"/>
              <w:divBdr>
                <w:top w:val="none" w:sz="0" w:space="0" w:color="auto"/>
                <w:left w:val="none" w:sz="0" w:space="0" w:color="auto"/>
                <w:bottom w:val="none" w:sz="0" w:space="0" w:color="auto"/>
                <w:right w:val="none" w:sz="0" w:space="0" w:color="auto"/>
              </w:divBdr>
            </w:div>
            <w:div w:id="360403705">
              <w:marLeft w:val="0"/>
              <w:marRight w:val="0"/>
              <w:marTop w:val="0"/>
              <w:marBottom w:val="0"/>
              <w:divBdr>
                <w:top w:val="none" w:sz="0" w:space="0" w:color="auto"/>
                <w:left w:val="none" w:sz="0" w:space="0" w:color="auto"/>
                <w:bottom w:val="none" w:sz="0" w:space="0" w:color="auto"/>
                <w:right w:val="none" w:sz="0" w:space="0" w:color="auto"/>
              </w:divBdr>
            </w:div>
            <w:div w:id="714500807">
              <w:marLeft w:val="0"/>
              <w:marRight w:val="0"/>
              <w:marTop w:val="0"/>
              <w:marBottom w:val="0"/>
              <w:divBdr>
                <w:top w:val="none" w:sz="0" w:space="0" w:color="auto"/>
                <w:left w:val="none" w:sz="0" w:space="0" w:color="auto"/>
                <w:bottom w:val="none" w:sz="0" w:space="0" w:color="auto"/>
                <w:right w:val="none" w:sz="0" w:space="0" w:color="auto"/>
              </w:divBdr>
            </w:div>
            <w:div w:id="126240799">
              <w:marLeft w:val="0"/>
              <w:marRight w:val="0"/>
              <w:marTop w:val="0"/>
              <w:marBottom w:val="0"/>
              <w:divBdr>
                <w:top w:val="none" w:sz="0" w:space="0" w:color="auto"/>
                <w:left w:val="none" w:sz="0" w:space="0" w:color="auto"/>
                <w:bottom w:val="none" w:sz="0" w:space="0" w:color="auto"/>
                <w:right w:val="none" w:sz="0" w:space="0" w:color="auto"/>
              </w:divBdr>
            </w:div>
            <w:div w:id="1653292966">
              <w:marLeft w:val="0"/>
              <w:marRight w:val="0"/>
              <w:marTop w:val="0"/>
              <w:marBottom w:val="0"/>
              <w:divBdr>
                <w:top w:val="none" w:sz="0" w:space="0" w:color="auto"/>
                <w:left w:val="none" w:sz="0" w:space="0" w:color="auto"/>
                <w:bottom w:val="none" w:sz="0" w:space="0" w:color="auto"/>
                <w:right w:val="none" w:sz="0" w:space="0" w:color="auto"/>
              </w:divBdr>
            </w:div>
            <w:div w:id="1807502279">
              <w:marLeft w:val="0"/>
              <w:marRight w:val="0"/>
              <w:marTop w:val="0"/>
              <w:marBottom w:val="0"/>
              <w:divBdr>
                <w:top w:val="none" w:sz="0" w:space="0" w:color="auto"/>
                <w:left w:val="none" w:sz="0" w:space="0" w:color="auto"/>
                <w:bottom w:val="none" w:sz="0" w:space="0" w:color="auto"/>
                <w:right w:val="none" w:sz="0" w:space="0" w:color="auto"/>
              </w:divBdr>
            </w:div>
            <w:div w:id="756752422">
              <w:marLeft w:val="0"/>
              <w:marRight w:val="0"/>
              <w:marTop w:val="0"/>
              <w:marBottom w:val="0"/>
              <w:divBdr>
                <w:top w:val="none" w:sz="0" w:space="0" w:color="auto"/>
                <w:left w:val="none" w:sz="0" w:space="0" w:color="auto"/>
                <w:bottom w:val="none" w:sz="0" w:space="0" w:color="auto"/>
                <w:right w:val="none" w:sz="0" w:space="0" w:color="auto"/>
              </w:divBdr>
            </w:div>
            <w:div w:id="1723946445">
              <w:marLeft w:val="0"/>
              <w:marRight w:val="0"/>
              <w:marTop w:val="0"/>
              <w:marBottom w:val="0"/>
              <w:divBdr>
                <w:top w:val="none" w:sz="0" w:space="0" w:color="auto"/>
                <w:left w:val="none" w:sz="0" w:space="0" w:color="auto"/>
                <w:bottom w:val="none" w:sz="0" w:space="0" w:color="auto"/>
                <w:right w:val="none" w:sz="0" w:space="0" w:color="auto"/>
              </w:divBdr>
            </w:div>
            <w:div w:id="694232049">
              <w:marLeft w:val="0"/>
              <w:marRight w:val="0"/>
              <w:marTop w:val="0"/>
              <w:marBottom w:val="0"/>
              <w:divBdr>
                <w:top w:val="none" w:sz="0" w:space="0" w:color="auto"/>
                <w:left w:val="none" w:sz="0" w:space="0" w:color="auto"/>
                <w:bottom w:val="none" w:sz="0" w:space="0" w:color="auto"/>
                <w:right w:val="none" w:sz="0" w:space="0" w:color="auto"/>
              </w:divBdr>
            </w:div>
            <w:div w:id="1504473189">
              <w:marLeft w:val="0"/>
              <w:marRight w:val="0"/>
              <w:marTop w:val="0"/>
              <w:marBottom w:val="0"/>
              <w:divBdr>
                <w:top w:val="none" w:sz="0" w:space="0" w:color="auto"/>
                <w:left w:val="none" w:sz="0" w:space="0" w:color="auto"/>
                <w:bottom w:val="none" w:sz="0" w:space="0" w:color="auto"/>
                <w:right w:val="none" w:sz="0" w:space="0" w:color="auto"/>
              </w:divBdr>
            </w:div>
            <w:div w:id="2000309963">
              <w:marLeft w:val="0"/>
              <w:marRight w:val="0"/>
              <w:marTop w:val="0"/>
              <w:marBottom w:val="0"/>
              <w:divBdr>
                <w:top w:val="none" w:sz="0" w:space="0" w:color="auto"/>
                <w:left w:val="none" w:sz="0" w:space="0" w:color="auto"/>
                <w:bottom w:val="none" w:sz="0" w:space="0" w:color="auto"/>
                <w:right w:val="none" w:sz="0" w:space="0" w:color="auto"/>
              </w:divBdr>
            </w:div>
            <w:div w:id="1506626668">
              <w:marLeft w:val="0"/>
              <w:marRight w:val="0"/>
              <w:marTop w:val="0"/>
              <w:marBottom w:val="0"/>
              <w:divBdr>
                <w:top w:val="none" w:sz="0" w:space="0" w:color="auto"/>
                <w:left w:val="none" w:sz="0" w:space="0" w:color="auto"/>
                <w:bottom w:val="none" w:sz="0" w:space="0" w:color="auto"/>
                <w:right w:val="none" w:sz="0" w:space="0" w:color="auto"/>
              </w:divBdr>
            </w:div>
            <w:div w:id="1771467230">
              <w:marLeft w:val="0"/>
              <w:marRight w:val="0"/>
              <w:marTop w:val="0"/>
              <w:marBottom w:val="0"/>
              <w:divBdr>
                <w:top w:val="none" w:sz="0" w:space="0" w:color="auto"/>
                <w:left w:val="none" w:sz="0" w:space="0" w:color="auto"/>
                <w:bottom w:val="none" w:sz="0" w:space="0" w:color="auto"/>
                <w:right w:val="none" w:sz="0" w:space="0" w:color="auto"/>
              </w:divBdr>
            </w:div>
            <w:div w:id="99422217">
              <w:marLeft w:val="0"/>
              <w:marRight w:val="0"/>
              <w:marTop w:val="0"/>
              <w:marBottom w:val="0"/>
              <w:divBdr>
                <w:top w:val="none" w:sz="0" w:space="0" w:color="auto"/>
                <w:left w:val="none" w:sz="0" w:space="0" w:color="auto"/>
                <w:bottom w:val="none" w:sz="0" w:space="0" w:color="auto"/>
                <w:right w:val="none" w:sz="0" w:space="0" w:color="auto"/>
              </w:divBdr>
            </w:div>
            <w:div w:id="792821570">
              <w:marLeft w:val="0"/>
              <w:marRight w:val="0"/>
              <w:marTop w:val="0"/>
              <w:marBottom w:val="0"/>
              <w:divBdr>
                <w:top w:val="none" w:sz="0" w:space="0" w:color="auto"/>
                <w:left w:val="none" w:sz="0" w:space="0" w:color="auto"/>
                <w:bottom w:val="none" w:sz="0" w:space="0" w:color="auto"/>
                <w:right w:val="none" w:sz="0" w:space="0" w:color="auto"/>
              </w:divBdr>
            </w:div>
            <w:div w:id="1149371041">
              <w:marLeft w:val="0"/>
              <w:marRight w:val="0"/>
              <w:marTop w:val="0"/>
              <w:marBottom w:val="0"/>
              <w:divBdr>
                <w:top w:val="none" w:sz="0" w:space="0" w:color="auto"/>
                <w:left w:val="none" w:sz="0" w:space="0" w:color="auto"/>
                <w:bottom w:val="none" w:sz="0" w:space="0" w:color="auto"/>
                <w:right w:val="none" w:sz="0" w:space="0" w:color="auto"/>
              </w:divBdr>
            </w:div>
            <w:div w:id="1548833367">
              <w:marLeft w:val="0"/>
              <w:marRight w:val="0"/>
              <w:marTop w:val="0"/>
              <w:marBottom w:val="0"/>
              <w:divBdr>
                <w:top w:val="none" w:sz="0" w:space="0" w:color="auto"/>
                <w:left w:val="none" w:sz="0" w:space="0" w:color="auto"/>
                <w:bottom w:val="none" w:sz="0" w:space="0" w:color="auto"/>
                <w:right w:val="none" w:sz="0" w:space="0" w:color="auto"/>
              </w:divBdr>
            </w:div>
            <w:div w:id="1660890293">
              <w:marLeft w:val="0"/>
              <w:marRight w:val="0"/>
              <w:marTop w:val="0"/>
              <w:marBottom w:val="0"/>
              <w:divBdr>
                <w:top w:val="none" w:sz="0" w:space="0" w:color="auto"/>
                <w:left w:val="none" w:sz="0" w:space="0" w:color="auto"/>
                <w:bottom w:val="none" w:sz="0" w:space="0" w:color="auto"/>
                <w:right w:val="none" w:sz="0" w:space="0" w:color="auto"/>
              </w:divBdr>
            </w:div>
            <w:div w:id="1101951945">
              <w:marLeft w:val="0"/>
              <w:marRight w:val="0"/>
              <w:marTop w:val="0"/>
              <w:marBottom w:val="0"/>
              <w:divBdr>
                <w:top w:val="none" w:sz="0" w:space="0" w:color="auto"/>
                <w:left w:val="none" w:sz="0" w:space="0" w:color="auto"/>
                <w:bottom w:val="none" w:sz="0" w:space="0" w:color="auto"/>
                <w:right w:val="none" w:sz="0" w:space="0" w:color="auto"/>
              </w:divBdr>
            </w:div>
            <w:div w:id="576980242">
              <w:marLeft w:val="0"/>
              <w:marRight w:val="0"/>
              <w:marTop w:val="0"/>
              <w:marBottom w:val="0"/>
              <w:divBdr>
                <w:top w:val="none" w:sz="0" w:space="0" w:color="auto"/>
                <w:left w:val="none" w:sz="0" w:space="0" w:color="auto"/>
                <w:bottom w:val="none" w:sz="0" w:space="0" w:color="auto"/>
                <w:right w:val="none" w:sz="0" w:space="0" w:color="auto"/>
              </w:divBdr>
            </w:div>
            <w:div w:id="504975153">
              <w:marLeft w:val="0"/>
              <w:marRight w:val="0"/>
              <w:marTop w:val="0"/>
              <w:marBottom w:val="0"/>
              <w:divBdr>
                <w:top w:val="none" w:sz="0" w:space="0" w:color="auto"/>
                <w:left w:val="none" w:sz="0" w:space="0" w:color="auto"/>
                <w:bottom w:val="none" w:sz="0" w:space="0" w:color="auto"/>
                <w:right w:val="none" w:sz="0" w:space="0" w:color="auto"/>
              </w:divBdr>
            </w:div>
            <w:div w:id="979772711">
              <w:marLeft w:val="0"/>
              <w:marRight w:val="0"/>
              <w:marTop w:val="0"/>
              <w:marBottom w:val="0"/>
              <w:divBdr>
                <w:top w:val="none" w:sz="0" w:space="0" w:color="auto"/>
                <w:left w:val="none" w:sz="0" w:space="0" w:color="auto"/>
                <w:bottom w:val="none" w:sz="0" w:space="0" w:color="auto"/>
                <w:right w:val="none" w:sz="0" w:space="0" w:color="auto"/>
              </w:divBdr>
            </w:div>
            <w:div w:id="1447001566">
              <w:marLeft w:val="0"/>
              <w:marRight w:val="0"/>
              <w:marTop w:val="0"/>
              <w:marBottom w:val="0"/>
              <w:divBdr>
                <w:top w:val="none" w:sz="0" w:space="0" w:color="auto"/>
                <w:left w:val="none" w:sz="0" w:space="0" w:color="auto"/>
                <w:bottom w:val="none" w:sz="0" w:space="0" w:color="auto"/>
                <w:right w:val="none" w:sz="0" w:space="0" w:color="auto"/>
              </w:divBdr>
            </w:div>
            <w:div w:id="1725911639">
              <w:marLeft w:val="0"/>
              <w:marRight w:val="0"/>
              <w:marTop w:val="0"/>
              <w:marBottom w:val="0"/>
              <w:divBdr>
                <w:top w:val="none" w:sz="0" w:space="0" w:color="auto"/>
                <w:left w:val="none" w:sz="0" w:space="0" w:color="auto"/>
                <w:bottom w:val="none" w:sz="0" w:space="0" w:color="auto"/>
                <w:right w:val="none" w:sz="0" w:space="0" w:color="auto"/>
              </w:divBdr>
            </w:div>
            <w:div w:id="93941311">
              <w:marLeft w:val="0"/>
              <w:marRight w:val="0"/>
              <w:marTop w:val="0"/>
              <w:marBottom w:val="0"/>
              <w:divBdr>
                <w:top w:val="none" w:sz="0" w:space="0" w:color="auto"/>
                <w:left w:val="none" w:sz="0" w:space="0" w:color="auto"/>
                <w:bottom w:val="none" w:sz="0" w:space="0" w:color="auto"/>
                <w:right w:val="none" w:sz="0" w:space="0" w:color="auto"/>
              </w:divBdr>
            </w:div>
            <w:div w:id="58214691">
              <w:marLeft w:val="0"/>
              <w:marRight w:val="0"/>
              <w:marTop w:val="0"/>
              <w:marBottom w:val="0"/>
              <w:divBdr>
                <w:top w:val="none" w:sz="0" w:space="0" w:color="auto"/>
                <w:left w:val="none" w:sz="0" w:space="0" w:color="auto"/>
                <w:bottom w:val="none" w:sz="0" w:space="0" w:color="auto"/>
                <w:right w:val="none" w:sz="0" w:space="0" w:color="auto"/>
              </w:divBdr>
            </w:div>
            <w:div w:id="1371606231">
              <w:marLeft w:val="0"/>
              <w:marRight w:val="0"/>
              <w:marTop w:val="0"/>
              <w:marBottom w:val="0"/>
              <w:divBdr>
                <w:top w:val="none" w:sz="0" w:space="0" w:color="auto"/>
                <w:left w:val="none" w:sz="0" w:space="0" w:color="auto"/>
                <w:bottom w:val="none" w:sz="0" w:space="0" w:color="auto"/>
                <w:right w:val="none" w:sz="0" w:space="0" w:color="auto"/>
              </w:divBdr>
            </w:div>
            <w:div w:id="416706192">
              <w:marLeft w:val="0"/>
              <w:marRight w:val="0"/>
              <w:marTop w:val="0"/>
              <w:marBottom w:val="0"/>
              <w:divBdr>
                <w:top w:val="none" w:sz="0" w:space="0" w:color="auto"/>
                <w:left w:val="none" w:sz="0" w:space="0" w:color="auto"/>
                <w:bottom w:val="none" w:sz="0" w:space="0" w:color="auto"/>
                <w:right w:val="none" w:sz="0" w:space="0" w:color="auto"/>
              </w:divBdr>
            </w:div>
            <w:div w:id="553198176">
              <w:marLeft w:val="0"/>
              <w:marRight w:val="0"/>
              <w:marTop w:val="0"/>
              <w:marBottom w:val="0"/>
              <w:divBdr>
                <w:top w:val="none" w:sz="0" w:space="0" w:color="auto"/>
                <w:left w:val="none" w:sz="0" w:space="0" w:color="auto"/>
                <w:bottom w:val="none" w:sz="0" w:space="0" w:color="auto"/>
                <w:right w:val="none" w:sz="0" w:space="0" w:color="auto"/>
              </w:divBdr>
            </w:div>
            <w:div w:id="1300304719">
              <w:marLeft w:val="0"/>
              <w:marRight w:val="0"/>
              <w:marTop w:val="0"/>
              <w:marBottom w:val="0"/>
              <w:divBdr>
                <w:top w:val="none" w:sz="0" w:space="0" w:color="auto"/>
                <w:left w:val="none" w:sz="0" w:space="0" w:color="auto"/>
                <w:bottom w:val="none" w:sz="0" w:space="0" w:color="auto"/>
                <w:right w:val="none" w:sz="0" w:space="0" w:color="auto"/>
              </w:divBdr>
            </w:div>
            <w:div w:id="1029456370">
              <w:marLeft w:val="0"/>
              <w:marRight w:val="0"/>
              <w:marTop w:val="0"/>
              <w:marBottom w:val="0"/>
              <w:divBdr>
                <w:top w:val="none" w:sz="0" w:space="0" w:color="auto"/>
                <w:left w:val="none" w:sz="0" w:space="0" w:color="auto"/>
                <w:bottom w:val="none" w:sz="0" w:space="0" w:color="auto"/>
                <w:right w:val="none" w:sz="0" w:space="0" w:color="auto"/>
              </w:divBdr>
            </w:div>
            <w:div w:id="129398596">
              <w:marLeft w:val="0"/>
              <w:marRight w:val="0"/>
              <w:marTop w:val="0"/>
              <w:marBottom w:val="0"/>
              <w:divBdr>
                <w:top w:val="none" w:sz="0" w:space="0" w:color="auto"/>
                <w:left w:val="none" w:sz="0" w:space="0" w:color="auto"/>
                <w:bottom w:val="none" w:sz="0" w:space="0" w:color="auto"/>
                <w:right w:val="none" w:sz="0" w:space="0" w:color="auto"/>
              </w:divBdr>
            </w:div>
            <w:div w:id="223108767">
              <w:marLeft w:val="0"/>
              <w:marRight w:val="0"/>
              <w:marTop w:val="0"/>
              <w:marBottom w:val="0"/>
              <w:divBdr>
                <w:top w:val="none" w:sz="0" w:space="0" w:color="auto"/>
                <w:left w:val="none" w:sz="0" w:space="0" w:color="auto"/>
                <w:bottom w:val="none" w:sz="0" w:space="0" w:color="auto"/>
                <w:right w:val="none" w:sz="0" w:space="0" w:color="auto"/>
              </w:divBdr>
            </w:div>
            <w:div w:id="794956047">
              <w:marLeft w:val="0"/>
              <w:marRight w:val="0"/>
              <w:marTop w:val="0"/>
              <w:marBottom w:val="0"/>
              <w:divBdr>
                <w:top w:val="none" w:sz="0" w:space="0" w:color="auto"/>
                <w:left w:val="none" w:sz="0" w:space="0" w:color="auto"/>
                <w:bottom w:val="none" w:sz="0" w:space="0" w:color="auto"/>
                <w:right w:val="none" w:sz="0" w:space="0" w:color="auto"/>
              </w:divBdr>
            </w:div>
            <w:div w:id="2083334514">
              <w:marLeft w:val="0"/>
              <w:marRight w:val="0"/>
              <w:marTop w:val="0"/>
              <w:marBottom w:val="0"/>
              <w:divBdr>
                <w:top w:val="none" w:sz="0" w:space="0" w:color="auto"/>
                <w:left w:val="none" w:sz="0" w:space="0" w:color="auto"/>
                <w:bottom w:val="none" w:sz="0" w:space="0" w:color="auto"/>
                <w:right w:val="none" w:sz="0" w:space="0" w:color="auto"/>
              </w:divBdr>
            </w:div>
            <w:div w:id="94181627">
              <w:marLeft w:val="0"/>
              <w:marRight w:val="0"/>
              <w:marTop w:val="0"/>
              <w:marBottom w:val="0"/>
              <w:divBdr>
                <w:top w:val="none" w:sz="0" w:space="0" w:color="auto"/>
                <w:left w:val="none" w:sz="0" w:space="0" w:color="auto"/>
                <w:bottom w:val="none" w:sz="0" w:space="0" w:color="auto"/>
                <w:right w:val="none" w:sz="0" w:space="0" w:color="auto"/>
              </w:divBdr>
            </w:div>
            <w:div w:id="1880971227">
              <w:marLeft w:val="0"/>
              <w:marRight w:val="0"/>
              <w:marTop w:val="0"/>
              <w:marBottom w:val="0"/>
              <w:divBdr>
                <w:top w:val="none" w:sz="0" w:space="0" w:color="auto"/>
                <w:left w:val="none" w:sz="0" w:space="0" w:color="auto"/>
                <w:bottom w:val="none" w:sz="0" w:space="0" w:color="auto"/>
                <w:right w:val="none" w:sz="0" w:space="0" w:color="auto"/>
              </w:divBdr>
            </w:div>
            <w:div w:id="460418633">
              <w:marLeft w:val="0"/>
              <w:marRight w:val="0"/>
              <w:marTop w:val="0"/>
              <w:marBottom w:val="0"/>
              <w:divBdr>
                <w:top w:val="none" w:sz="0" w:space="0" w:color="auto"/>
                <w:left w:val="none" w:sz="0" w:space="0" w:color="auto"/>
                <w:bottom w:val="none" w:sz="0" w:space="0" w:color="auto"/>
                <w:right w:val="none" w:sz="0" w:space="0" w:color="auto"/>
              </w:divBdr>
            </w:div>
            <w:div w:id="207567473">
              <w:marLeft w:val="0"/>
              <w:marRight w:val="0"/>
              <w:marTop w:val="0"/>
              <w:marBottom w:val="0"/>
              <w:divBdr>
                <w:top w:val="none" w:sz="0" w:space="0" w:color="auto"/>
                <w:left w:val="none" w:sz="0" w:space="0" w:color="auto"/>
                <w:bottom w:val="none" w:sz="0" w:space="0" w:color="auto"/>
                <w:right w:val="none" w:sz="0" w:space="0" w:color="auto"/>
              </w:divBdr>
            </w:div>
            <w:div w:id="585112752">
              <w:marLeft w:val="0"/>
              <w:marRight w:val="0"/>
              <w:marTop w:val="0"/>
              <w:marBottom w:val="0"/>
              <w:divBdr>
                <w:top w:val="none" w:sz="0" w:space="0" w:color="auto"/>
                <w:left w:val="none" w:sz="0" w:space="0" w:color="auto"/>
                <w:bottom w:val="none" w:sz="0" w:space="0" w:color="auto"/>
                <w:right w:val="none" w:sz="0" w:space="0" w:color="auto"/>
              </w:divBdr>
            </w:div>
            <w:div w:id="725178107">
              <w:marLeft w:val="0"/>
              <w:marRight w:val="0"/>
              <w:marTop w:val="0"/>
              <w:marBottom w:val="0"/>
              <w:divBdr>
                <w:top w:val="none" w:sz="0" w:space="0" w:color="auto"/>
                <w:left w:val="none" w:sz="0" w:space="0" w:color="auto"/>
                <w:bottom w:val="none" w:sz="0" w:space="0" w:color="auto"/>
                <w:right w:val="none" w:sz="0" w:space="0" w:color="auto"/>
              </w:divBdr>
            </w:div>
            <w:div w:id="1944412485">
              <w:marLeft w:val="0"/>
              <w:marRight w:val="0"/>
              <w:marTop w:val="0"/>
              <w:marBottom w:val="0"/>
              <w:divBdr>
                <w:top w:val="none" w:sz="0" w:space="0" w:color="auto"/>
                <w:left w:val="none" w:sz="0" w:space="0" w:color="auto"/>
                <w:bottom w:val="none" w:sz="0" w:space="0" w:color="auto"/>
                <w:right w:val="none" w:sz="0" w:space="0" w:color="auto"/>
              </w:divBdr>
            </w:div>
            <w:div w:id="975986786">
              <w:marLeft w:val="0"/>
              <w:marRight w:val="0"/>
              <w:marTop w:val="0"/>
              <w:marBottom w:val="0"/>
              <w:divBdr>
                <w:top w:val="none" w:sz="0" w:space="0" w:color="auto"/>
                <w:left w:val="none" w:sz="0" w:space="0" w:color="auto"/>
                <w:bottom w:val="none" w:sz="0" w:space="0" w:color="auto"/>
                <w:right w:val="none" w:sz="0" w:space="0" w:color="auto"/>
              </w:divBdr>
            </w:div>
            <w:div w:id="918750481">
              <w:marLeft w:val="0"/>
              <w:marRight w:val="0"/>
              <w:marTop w:val="0"/>
              <w:marBottom w:val="0"/>
              <w:divBdr>
                <w:top w:val="none" w:sz="0" w:space="0" w:color="auto"/>
                <w:left w:val="none" w:sz="0" w:space="0" w:color="auto"/>
                <w:bottom w:val="none" w:sz="0" w:space="0" w:color="auto"/>
                <w:right w:val="none" w:sz="0" w:space="0" w:color="auto"/>
              </w:divBdr>
            </w:div>
            <w:div w:id="1640307328">
              <w:marLeft w:val="0"/>
              <w:marRight w:val="0"/>
              <w:marTop w:val="0"/>
              <w:marBottom w:val="0"/>
              <w:divBdr>
                <w:top w:val="none" w:sz="0" w:space="0" w:color="auto"/>
                <w:left w:val="none" w:sz="0" w:space="0" w:color="auto"/>
                <w:bottom w:val="none" w:sz="0" w:space="0" w:color="auto"/>
                <w:right w:val="none" w:sz="0" w:space="0" w:color="auto"/>
              </w:divBdr>
            </w:div>
            <w:div w:id="755052216">
              <w:marLeft w:val="0"/>
              <w:marRight w:val="0"/>
              <w:marTop w:val="0"/>
              <w:marBottom w:val="0"/>
              <w:divBdr>
                <w:top w:val="none" w:sz="0" w:space="0" w:color="auto"/>
                <w:left w:val="none" w:sz="0" w:space="0" w:color="auto"/>
                <w:bottom w:val="none" w:sz="0" w:space="0" w:color="auto"/>
                <w:right w:val="none" w:sz="0" w:space="0" w:color="auto"/>
              </w:divBdr>
            </w:div>
            <w:div w:id="1711877918">
              <w:marLeft w:val="0"/>
              <w:marRight w:val="0"/>
              <w:marTop w:val="0"/>
              <w:marBottom w:val="0"/>
              <w:divBdr>
                <w:top w:val="none" w:sz="0" w:space="0" w:color="auto"/>
                <w:left w:val="none" w:sz="0" w:space="0" w:color="auto"/>
                <w:bottom w:val="none" w:sz="0" w:space="0" w:color="auto"/>
                <w:right w:val="none" w:sz="0" w:space="0" w:color="auto"/>
              </w:divBdr>
            </w:div>
            <w:div w:id="916281004">
              <w:marLeft w:val="0"/>
              <w:marRight w:val="0"/>
              <w:marTop w:val="0"/>
              <w:marBottom w:val="0"/>
              <w:divBdr>
                <w:top w:val="none" w:sz="0" w:space="0" w:color="auto"/>
                <w:left w:val="none" w:sz="0" w:space="0" w:color="auto"/>
                <w:bottom w:val="none" w:sz="0" w:space="0" w:color="auto"/>
                <w:right w:val="none" w:sz="0" w:space="0" w:color="auto"/>
              </w:divBdr>
            </w:div>
            <w:div w:id="358118728">
              <w:marLeft w:val="0"/>
              <w:marRight w:val="0"/>
              <w:marTop w:val="0"/>
              <w:marBottom w:val="0"/>
              <w:divBdr>
                <w:top w:val="none" w:sz="0" w:space="0" w:color="auto"/>
                <w:left w:val="none" w:sz="0" w:space="0" w:color="auto"/>
                <w:bottom w:val="none" w:sz="0" w:space="0" w:color="auto"/>
                <w:right w:val="none" w:sz="0" w:space="0" w:color="auto"/>
              </w:divBdr>
            </w:div>
            <w:div w:id="1919287824">
              <w:marLeft w:val="0"/>
              <w:marRight w:val="0"/>
              <w:marTop w:val="0"/>
              <w:marBottom w:val="0"/>
              <w:divBdr>
                <w:top w:val="none" w:sz="0" w:space="0" w:color="auto"/>
                <w:left w:val="none" w:sz="0" w:space="0" w:color="auto"/>
                <w:bottom w:val="none" w:sz="0" w:space="0" w:color="auto"/>
                <w:right w:val="none" w:sz="0" w:space="0" w:color="auto"/>
              </w:divBdr>
            </w:div>
            <w:div w:id="468982016">
              <w:marLeft w:val="0"/>
              <w:marRight w:val="0"/>
              <w:marTop w:val="0"/>
              <w:marBottom w:val="0"/>
              <w:divBdr>
                <w:top w:val="none" w:sz="0" w:space="0" w:color="auto"/>
                <w:left w:val="none" w:sz="0" w:space="0" w:color="auto"/>
                <w:bottom w:val="none" w:sz="0" w:space="0" w:color="auto"/>
                <w:right w:val="none" w:sz="0" w:space="0" w:color="auto"/>
              </w:divBdr>
            </w:div>
            <w:div w:id="677579089">
              <w:marLeft w:val="0"/>
              <w:marRight w:val="0"/>
              <w:marTop w:val="0"/>
              <w:marBottom w:val="0"/>
              <w:divBdr>
                <w:top w:val="none" w:sz="0" w:space="0" w:color="auto"/>
                <w:left w:val="none" w:sz="0" w:space="0" w:color="auto"/>
                <w:bottom w:val="none" w:sz="0" w:space="0" w:color="auto"/>
                <w:right w:val="none" w:sz="0" w:space="0" w:color="auto"/>
              </w:divBdr>
            </w:div>
            <w:div w:id="1824349148">
              <w:marLeft w:val="0"/>
              <w:marRight w:val="0"/>
              <w:marTop w:val="0"/>
              <w:marBottom w:val="0"/>
              <w:divBdr>
                <w:top w:val="none" w:sz="0" w:space="0" w:color="auto"/>
                <w:left w:val="none" w:sz="0" w:space="0" w:color="auto"/>
                <w:bottom w:val="none" w:sz="0" w:space="0" w:color="auto"/>
                <w:right w:val="none" w:sz="0" w:space="0" w:color="auto"/>
              </w:divBdr>
            </w:div>
            <w:div w:id="731079215">
              <w:marLeft w:val="0"/>
              <w:marRight w:val="0"/>
              <w:marTop w:val="0"/>
              <w:marBottom w:val="0"/>
              <w:divBdr>
                <w:top w:val="none" w:sz="0" w:space="0" w:color="auto"/>
                <w:left w:val="none" w:sz="0" w:space="0" w:color="auto"/>
                <w:bottom w:val="none" w:sz="0" w:space="0" w:color="auto"/>
                <w:right w:val="none" w:sz="0" w:space="0" w:color="auto"/>
              </w:divBdr>
            </w:div>
            <w:div w:id="1168330243">
              <w:marLeft w:val="0"/>
              <w:marRight w:val="0"/>
              <w:marTop w:val="0"/>
              <w:marBottom w:val="0"/>
              <w:divBdr>
                <w:top w:val="none" w:sz="0" w:space="0" w:color="auto"/>
                <w:left w:val="none" w:sz="0" w:space="0" w:color="auto"/>
                <w:bottom w:val="none" w:sz="0" w:space="0" w:color="auto"/>
                <w:right w:val="none" w:sz="0" w:space="0" w:color="auto"/>
              </w:divBdr>
            </w:div>
            <w:div w:id="1751076078">
              <w:marLeft w:val="0"/>
              <w:marRight w:val="0"/>
              <w:marTop w:val="0"/>
              <w:marBottom w:val="0"/>
              <w:divBdr>
                <w:top w:val="none" w:sz="0" w:space="0" w:color="auto"/>
                <w:left w:val="none" w:sz="0" w:space="0" w:color="auto"/>
                <w:bottom w:val="none" w:sz="0" w:space="0" w:color="auto"/>
                <w:right w:val="none" w:sz="0" w:space="0" w:color="auto"/>
              </w:divBdr>
            </w:div>
            <w:div w:id="1841114171">
              <w:marLeft w:val="0"/>
              <w:marRight w:val="0"/>
              <w:marTop w:val="0"/>
              <w:marBottom w:val="0"/>
              <w:divBdr>
                <w:top w:val="none" w:sz="0" w:space="0" w:color="auto"/>
                <w:left w:val="none" w:sz="0" w:space="0" w:color="auto"/>
                <w:bottom w:val="none" w:sz="0" w:space="0" w:color="auto"/>
                <w:right w:val="none" w:sz="0" w:space="0" w:color="auto"/>
              </w:divBdr>
            </w:div>
            <w:div w:id="2052725356">
              <w:marLeft w:val="0"/>
              <w:marRight w:val="0"/>
              <w:marTop w:val="0"/>
              <w:marBottom w:val="0"/>
              <w:divBdr>
                <w:top w:val="none" w:sz="0" w:space="0" w:color="auto"/>
                <w:left w:val="none" w:sz="0" w:space="0" w:color="auto"/>
                <w:bottom w:val="none" w:sz="0" w:space="0" w:color="auto"/>
                <w:right w:val="none" w:sz="0" w:space="0" w:color="auto"/>
              </w:divBdr>
            </w:div>
            <w:div w:id="592520401">
              <w:marLeft w:val="0"/>
              <w:marRight w:val="0"/>
              <w:marTop w:val="0"/>
              <w:marBottom w:val="0"/>
              <w:divBdr>
                <w:top w:val="none" w:sz="0" w:space="0" w:color="auto"/>
                <w:left w:val="none" w:sz="0" w:space="0" w:color="auto"/>
                <w:bottom w:val="none" w:sz="0" w:space="0" w:color="auto"/>
                <w:right w:val="none" w:sz="0" w:space="0" w:color="auto"/>
              </w:divBdr>
            </w:div>
            <w:div w:id="45379074">
              <w:marLeft w:val="0"/>
              <w:marRight w:val="0"/>
              <w:marTop w:val="0"/>
              <w:marBottom w:val="0"/>
              <w:divBdr>
                <w:top w:val="none" w:sz="0" w:space="0" w:color="auto"/>
                <w:left w:val="none" w:sz="0" w:space="0" w:color="auto"/>
                <w:bottom w:val="none" w:sz="0" w:space="0" w:color="auto"/>
                <w:right w:val="none" w:sz="0" w:space="0" w:color="auto"/>
              </w:divBdr>
            </w:div>
            <w:div w:id="1607228278">
              <w:marLeft w:val="0"/>
              <w:marRight w:val="0"/>
              <w:marTop w:val="0"/>
              <w:marBottom w:val="0"/>
              <w:divBdr>
                <w:top w:val="none" w:sz="0" w:space="0" w:color="auto"/>
                <w:left w:val="none" w:sz="0" w:space="0" w:color="auto"/>
                <w:bottom w:val="none" w:sz="0" w:space="0" w:color="auto"/>
                <w:right w:val="none" w:sz="0" w:space="0" w:color="auto"/>
              </w:divBdr>
            </w:div>
            <w:div w:id="1437092287">
              <w:marLeft w:val="0"/>
              <w:marRight w:val="0"/>
              <w:marTop w:val="0"/>
              <w:marBottom w:val="0"/>
              <w:divBdr>
                <w:top w:val="none" w:sz="0" w:space="0" w:color="auto"/>
                <w:left w:val="none" w:sz="0" w:space="0" w:color="auto"/>
                <w:bottom w:val="none" w:sz="0" w:space="0" w:color="auto"/>
                <w:right w:val="none" w:sz="0" w:space="0" w:color="auto"/>
              </w:divBdr>
            </w:div>
            <w:div w:id="886914209">
              <w:marLeft w:val="0"/>
              <w:marRight w:val="0"/>
              <w:marTop w:val="0"/>
              <w:marBottom w:val="0"/>
              <w:divBdr>
                <w:top w:val="none" w:sz="0" w:space="0" w:color="auto"/>
                <w:left w:val="none" w:sz="0" w:space="0" w:color="auto"/>
                <w:bottom w:val="none" w:sz="0" w:space="0" w:color="auto"/>
                <w:right w:val="none" w:sz="0" w:space="0" w:color="auto"/>
              </w:divBdr>
            </w:div>
            <w:div w:id="2016033770">
              <w:marLeft w:val="0"/>
              <w:marRight w:val="0"/>
              <w:marTop w:val="0"/>
              <w:marBottom w:val="0"/>
              <w:divBdr>
                <w:top w:val="none" w:sz="0" w:space="0" w:color="auto"/>
                <w:left w:val="none" w:sz="0" w:space="0" w:color="auto"/>
                <w:bottom w:val="none" w:sz="0" w:space="0" w:color="auto"/>
                <w:right w:val="none" w:sz="0" w:space="0" w:color="auto"/>
              </w:divBdr>
            </w:div>
            <w:div w:id="604383707">
              <w:marLeft w:val="0"/>
              <w:marRight w:val="0"/>
              <w:marTop w:val="0"/>
              <w:marBottom w:val="0"/>
              <w:divBdr>
                <w:top w:val="none" w:sz="0" w:space="0" w:color="auto"/>
                <w:left w:val="none" w:sz="0" w:space="0" w:color="auto"/>
                <w:bottom w:val="none" w:sz="0" w:space="0" w:color="auto"/>
                <w:right w:val="none" w:sz="0" w:space="0" w:color="auto"/>
              </w:divBdr>
            </w:div>
            <w:div w:id="1385643285">
              <w:marLeft w:val="0"/>
              <w:marRight w:val="0"/>
              <w:marTop w:val="0"/>
              <w:marBottom w:val="0"/>
              <w:divBdr>
                <w:top w:val="none" w:sz="0" w:space="0" w:color="auto"/>
                <w:left w:val="none" w:sz="0" w:space="0" w:color="auto"/>
                <w:bottom w:val="none" w:sz="0" w:space="0" w:color="auto"/>
                <w:right w:val="none" w:sz="0" w:space="0" w:color="auto"/>
              </w:divBdr>
            </w:div>
            <w:div w:id="1873109733">
              <w:marLeft w:val="0"/>
              <w:marRight w:val="0"/>
              <w:marTop w:val="0"/>
              <w:marBottom w:val="0"/>
              <w:divBdr>
                <w:top w:val="none" w:sz="0" w:space="0" w:color="auto"/>
                <w:left w:val="none" w:sz="0" w:space="0" w:color="auto"/>
                <w:bottom w:val="none" w:sz="0" w:space="0" w:color="auto"/>
                <w:right w:val="none" w:sz="0" w:space="0" w:color="auto"/>
              </w:divBdr>
            </w:div>
            <w:div w:id="341511780">
              <w:marLeft w:val="0"/>
              <w:marRight w:val="0"/>
              <w:marTop w:val="0"/>
              <w:marBottom w:val="0"/>
              <w:divBdr>
                <w:top w:val="none" w:sz="0" w:space="0" w:color="auto"/>
                <w:left w:val="none" w:sz="0" w:space="0" w:color="auto"/>
                <w:bottom w:val="none" w:sz="0" w:space="0" w:color="auto"/>
                <w:right w:val="none" w:sz="0" w:space="0" w:color="auto"/>
              </w:divBdr>
            </w:div>
            <w:div w:id="464783859">
              <w:marLeft w:val="0"/>
              <w:marRight w:val="0"/>
              <w:marTop w:val="0"/>
              <w:marBottom w:val="0"/>
              <w:divBdr>
                <w:top w:val="none" w:sz="0" w:space="0" w:color="auto"/>
                <w:left w:val="none" w:sz="0" w:space="0" w:color="auto"/>
                <w:bottom w:val="none" w:sz="0" w:space="0" w:color="auto"/>
                <w:right w:val="none" w:sz="0" w:space="0" w:color="auto"/>
              </w:divBdr>
            </w:div>
            <w:div w:id="770244965">
              <w:marLeft w:val="0"/>
              <w:marRight w:val="0"/>
              <w:marTop w:val="0"/>
              <w:marBottom w:val="0"/>
              <w:divBdr>
                <w:top w:val="none" w:sz="0" w:space="0" w:color="auto"/>
                <w:left w:val="none" w:sz="0" w:space="0" w:color="auto"/>
                <w:bottom w:val="none" w:sz="0" w:space="0" w:color="auto"/>
                <w:right w:val="none" w:sz="0" w:space="0" w:color="auto"/>
              </w:divBdr>
            </w:div>
            <w:div w:id="234750675">
              <w:marLeft w:val="0"/>
              <w:marRight w:val="0"/>
              <w:marTop w:val="0"/>
              <w:marBottom w:val="0"/>
              <w:divBdr>
                <w:top w:val="none" w:sz="0" w:space="0" w:color="auto"/>
                <w:left w:val="none" w:sz="0" w:space="0" w:color="auto"/>
                <w:bottom w:val="none" w:sz="0" w:space="0" w:color="auto"/>
                <w:right w:val="none" w:sz="0" w:space="0" w:color="auto"/>
              </w:divBdr>
            </w:div>
            <w:div w:id="1709062726">
              <w:marLeft w:val="0"/>
              <w:marRight w:val="0"/>
              <w:marTop w:val="0"/>
              <w:marBottom w:val="0"/>
              <w:divBdr>
                <w:top w:val="none" w:sz="0" w:space="0" w:color="auto"/>
                <w:left w:val="none" w:sz="0" w:space="0" w:color="auto"/>
                <w:bottom w:val="none" w:sz="0" w:space="0" w:color="auto"/>
                <w:right w:val="none" w:sz="0" w:space="0" w:color="auto"/>
              </w:divBdr>
            </w:div>
            <w:div w:id="732198569">
              <w:marLeft w:val="0"/>
              <w:marRight w:val="0"/>
              <w:marTop w:val="0"/>
              <w:marBottom w:val="0"/>
              <w:divBdr>
                <w:top w:val="none" w:sz="0" w:space="0" w:color="auto"/>
                <w:left w:val="none" w:sz="0" w:space="0" w:color="auto"/>
                <w:bottom w:val="none" w:sz="0" w:space="0" w:color="auto"/>
                <w:right w:val="none" w:sz="0" w:space="0" w:color="auto"/>
              </w:divBdr>
            </w:div>
            <w:div w:id="1537499660">
              <w:marLeft w:val="0"/>
              <w:marRight w:val="0"/>
              <w:marTop w:val="0"/>
              <w:marBottom w:val="0"/>
              <w:divBdr>
                <w:top w:val="none" w:sz="0" w:space="0" w:color="auto"/>
                <w:left w:val="none" w:sz="0" w:space="0" w:color="auto"/>
                <w:bottom w:val="none" w:sz="0" w:space="0" w:color="auto"/>
                <w:right w:val="none" w:sz="0" w:space="0" w:color="auto"/>
              </w:divBdr>
            </w:div>
            <w:div w:id="2076396609">
              <w:marLeft w:val="0"/>
              <w:marRight w:val="0"/>
              <w:marTop w:val="0"/>
              <w:marBottom w:val="0"/>
              <w:divBdr>
                <w:top w:val="none" w:sz="0" w:space="0" w:color="auto"/>
                <w:left w:val="none" w:sz="0" w:space="0" w:color="auto"/>
                <w:bottom w:val="none" w:sz="0" w:space="0" w:color="auto"/>
                <w:right w:val="none" w:sz="0" w:space="0" w:color="auto"/>
              </w:divBdr>
            </w:div>
            <w:div w:id="2102947750">
              <w:marLeft w:val="0"/>
              <w:marRight w:val="0"/>
              <w:marTop w:val="0"/>
              <w:marBottom w:val="0"/>
              <w:divBdr>
                <w:top w:val="none" w:sz="0" w:space="0" w:color="auto"/>
                <w:left w:val="none" w:sz="0" w:space="0" w:color="auto"/>
                <w:bottom w:val="none" w:sz="0" w:space="0" w:color="auto"/>
                <w:right w:val="none" w:sz="0" w:space="0" w:color="auto"/>
              </w:divBdr>
            </w:div>
            <w:div w:id="1648237898">
              <w:marLeft w:val="0"/>
              <w:marRight w:val="0"/>
              <w:marTop w:val="0"/>
              <w:marBottom w:val="0"/>
              <w:divBdr>
                <w:top w:val="none" w:sz="0" w:space="0" w:color="auto"/>
                <w:left w:val="none" w:sz="0" w:space="0" w:color="auto"/>
                <w:bottom w:val="none" w:sz="0" w:space="0" w:color="auto"/>
                <w:right w:val="none" w:sz="0" w:space="0" w:color="auto"/>
              </w:divBdr>
            </w:div>
            <w:div w:id="817645482">
              <w:marLeft w:val="0"/>
              <w:marRight w:val="0"/>
              <w:marTop w:val="0"/>
              <w:marBottom w:val="0"/>
              <w:divBdr>
                <w:top w:val="none" w:sz="0" w:space="0" w:color="auto"/>
                <w:left w:val="none" w:sz="0" w:space="0" w:color="auto"/>
                <w:bottom w:val="none" w:sz="0" w:space="0" w:color="auto"/>
                <w:right w:val="none" w:sz="0" w:space="0" w:color="auto"/>
              </w:divBdr>
            </w:div>
            <w:div w:id="1657227865">
              <w:marLeft w:val="0"/>
              <w:marRight w:val="0"/>
              <w:marTop w:val="0"/>
              <w:marBottom w:val="0"/>
              <w:divBdr>
                <w:top w:val="none" w:sz="0" w:space="0" w:color="auto"/>
                <w:left w:val="none" w:sz="0" w:space="0" w:color="auto"/>
                <w:bottom w:val="none" w:sz="0" w:space="0" w:color="auto"/>
                <w:right w:val="none" w:sz="0" w:space="0" w:color="auto"/>
              </w:divBdr>
            </w:div>
            <w:div w:id="1538464129">
              <w:marLeft w:val="0"/>
              <w:marRight w:val="0"/>
              <w:marTop w:val="0"/>
              <w:marBottom w:val="0"/>
              <w:divBdr>
                <w:top w:val="none" w:sz="0" w:space="0" w:color="auto"/>
                <w:left w:val="none" w:sz="0" w:space="0" w:color="auto"/>
                <w:bottom w:val="none" w:sz="0" w:space="0" w:color="auto"/>
                <w:right w:val="none" w:sz="0" w:space="0" w:color="auto"/>
              </w:divBdr>
            </w:div>
            <w:div w:id="2110806620">
              <w:marLeft w:val="0"/>
              <w:marRight w:val="0"/>
              <w:marTop w:val="0"/>
              <w:marBottom w:val="0"/>
              <w:divBdr>
                <w:top w:val="none" w:sz="0" w:space="0" w:color="auto"/>
                <w:left w:val="none" w:sz="0" w:space="0" w:color="auto"/>
                <w:bottom w:val="none" w:sz="0" w:space="0" w:color="auto"/>
                <w:right w:val="none" w:sz="0" w:space="0" w:color="auto"/>
              </w:divBdr>
            </w:div>
            <w:div w:id="650014242">
              <w:marLeft w:val="0"/>
              <w:marRight w:val="0"/>
              <w:marTop w:val="0"/>
              <w:marBottom w:val="0"/>
              <w:divBdr>
                <w:top w:val="none" w:sz="0" w:space="0" w:color="auto"/>
                <w:left w:val="none" w:sz="0" w:space="0" w:color="auto"/>
                <w:bottom w:val="none" w:sz="0" w:space="0" w:color="auto"/>
                <w:right w:val="none" w:sz="0" w:space="0" w:color="auto"/>
              </w:divBdr>
            </w:div>
            <w:div w:id="1209299132">
              <w:marLeft w:val="0"/>
              <w:marRight w:val="0"/>
              <w:marTop w:val="0"/>
              <w:marBottom w:val="0"/>
              <w:divBdr>
                <w:top w:val="none" w:sz="0" w:space="0" w:color="auto"/>
                <w:left w:val="none" w:sz="0" w:space="0" w:color="auto"/>
                <w:bottom w:val="none" w:sz="0" w:space="0" w:color="auto"/>
                <w:right w:val="none" w:sz="0" w:space="0" w:color="auto"/>
              </w:divBdr>
            </w:div>
            <w:div w:id="198203004">
              <w:marLeft w:val="0"/>
              <w:marRight w:val="0"/>
              <w:marTop w:val="0"/>
              <w:marBottom w:val="0"/>
              <w:divBdr>
                <w:top w:val="none" w:sz="0" w:space="0" w:color="auto"/>
                <w:left w:val="none" w:sz="0" w:space="0" w:color="auto"/>
                <w:bottom w:val="none" w:sz="0" w:space="0" w:color="auto"/>
                <w:right w:val="none" w:sz="0" w:space="0" w:color="auto"/>
              </w:divBdr>
            </w:div>
            <w:div w:id="1679381521">
              <w:marLeft w:val="0"/>
              <w:marRight w:val="0"/>
              <w:marTop w:val="0"/>
              <w:marBottom w:val="0"/>
              <w:divBdr>
                <w:top w:val="none" w:sz="0" w:space="0" w:color="auto"/>
                <w:left w:val="none" w:sz="0" w:space="0" w:color="auto"/>
                <w:bottom w:val="none" w:sz="0" w:space="0" w:color="auto"/>
                <w:right w:val="none" w:sz="0" w:space="0" w:color="auto"/>
              </w:divBdr>
            </w:div>
            <w:div w:id="1097941716">
              <w:marLeft w:val="0"/>
              <w:marRight w:val="0"/>
              <w:marTop w:val="0"/>
              <w:marBottom w:val="0"/>
              <w:divBdr>
                <w:top w:val="none" w:sz="0" w:space="0" w:color="auto"/>
                <w:left w:val="none" w:sz="0" w:space="0" w:color="auto"/>
                <w:bottom w:val="none" w:sz="0" w:space="0" w:color="auto"/>
                <w:right w:val="none" w:sz="0" w:space="0" w:color="auto"/>
              </w:divBdr>
            </w:div>
            <w:div w:id="1835996358">
              <w:marLeft w:val="0"/>
              <w:marRight w:val="0"/>
              <w:marTop w:val="0"/>
              <w:marBottom w:val="0"/>
              <w:divBdr>
                <w:top w:val="none" w:sz="0" w:space="0" w:color="auto"/>
                <w:left w:val="none" w:sz="0" w:space="0" w:color="auto"/>
                <w:bottom w:val="none" w:sz="0" w:space="0" w:color="auto"/>
                <w:right w:val="none" w:sz="0" w:space="0" w:color="auto"/>
              </w:divBdr>
            </w:div>
            <w:div w:id="149293631">
              <w:marLeft w:val="0"/>
              <w:marRight w:val="0"/>
              <w:marTop w:val="0"/>
              <w:marBottom w:val="0"/>
              <w:divBdr>
                <w:top w:val="none" w:sz="0" w:space="0" w:color="auto"/>
                <w:left w:val="none" w:sz="0" w:space="0" w:color="auto"/>
                <w:bottom w:val="none" w:sz="0" w:space="0" w:color="auto"/>
                <w:right w:val="none" w:sz="0" w:space="0" w:color="auto"/>
              </w:divBdr>
            </w:div>
            <w:div w:id="201014332">
              <w:marLeft w:val="0"/>
              <w:marRight w:val="0"/>
              <w:marTop w:val="0"/>
              <w:marBottom w:val="0"/>
              <w:divBdr>
                <w:top w:val="none" w:sz="0" w:space="0" w:color="auto"/>
                <w:left w:val="none" w:sz="0" w:space="0" w:color="auto"/>
                <w:bottom w:val="none" w:sz="0" w:space="0" w:color="auto"/>
                <w:right w:val="none" w:sz="0" w:space="0" w:color="auto"/>
              </w:divBdr>
            </w:div>
            <w:div w:id="1991247240">
              <w:marLeft w:val="0"/>
              <w:marRight w:val="0"/>
              <w:marTop w:val="0"/>
              <w:marBottom w:val="0"/>
              <w:divBdr>
                <w:top w:val="none" w:sz="0" w:space="0" w:color="auto"/>
                <w:left w:val="none" w:sz="0" w:space="0" w:color="auto"/>
                <w:bottom w:val="none" w:sz="0" w:space="0" w:color="auto"/>
                <w:right w:val="none" w:sz="0" w:space="0" w:color="auto"/>
              </w:divBdr>
            </w:div>
            <w:div w:id="1131050921">
              <w:marLeft w:val="0"/>
              <w:marRight w:val="0"/>
              <w:marTop w:val="0"/>
              <w:marBottom w:val="0"/>
              <w:divBdr>
                <w:top w:val="none" w:sz="0" w:space="0" w:color="auto"/>
                <w:left w:val="none" w:sz="0" w:space="0" w:color="auto"/>
                <w:bottom w:val="none" w:sz="0" w:space="0" w:color="auto"/>
                <w:right w:val="none" w:sz="0" w:space="0" w:color="auto"/>
              </w:divBdr>
            </w:div>
            <w:div w:id="738791439">
              <w:marLeft w:val="0"/>
              <w:marRight w:val="0"/>
              <w:marTop w:val="0"/>
              <w:marBottom w:val="0"/>
              <w:divBdr>
                <w:top w:val="none" w:sz="0" w:space="0" w:color="auto"/>
                <w:left w:val="none" w:sz="0" w:space="0" w:color="auto"/>
                <w:bottom w:val="none" w:sz="0" w:space="0" w:color="auto"/>
                <w:right w:val="none" w:sz="0" w:space="0" w:color="auto"/>
              </w:divBdr>
            </w:div>
            <w:div w:id="777599414">
              <w:marLeft w:val="0"/>
              <w:marRight w:val="0"/>
              <w:marTop w:val="0"/>
              <w:marBottom w:val="0"/>
              <w:divBdr>
                <w:top w:val="none" w:sz="0" w:space="0" w:color="auto"/>
                <w:left w:val="none" w:sz="0" w:space="0" w:color="auto"/>
                <w:bottom w:val="none" w:sz="0" w:space="0" w:color="auto"/>
                <w:right w:val="none" w:sz="0" w:space="0" w:color="auto"/>
              </w:divBdr>
            </w:div>
            <w:div w:id="409158062">
              <w:marLeft w:val="0"/>
              <w:marRight w:val="0"/>
              <w:marTop w:val="0"/>
              <w:marBottom w:val="0"/>
              <w:divBdr>
                <w:top w:val="none" w:sz="0" w:space="0" w:color="auto"/>
                <w:left w:val="none" w:sz="0" w:space="0" w:color="auto"/>
                <w:bottom w:val="none" w:sz="0" w:space="0" w:color="auto"/>
                <w:right w:val="none" w:sz="0" w:space="0" w:color="auto"/>
              </w:divBdr>
            </w:div>
            <w:div w:id="1431780924">
              <w:marLeft w:val="0"/>
              <w:marRight w:val="0"/>
              <w:marTop w:val="0"/>
              <w:marBottom w:val="0"/>
              <w:divBdr>
                <w:top w:val="none" w:sz="0" w:space="0" w:color="auto"/>
                <w:left w:val="none" w:sz="0" w:space="0" w:color="auto"/>
                <w:bottom w:val="none" w:sz="0" w:space="0" w:color="auto"/>
                <w:right w:val="none" w:sz="0" w:space="0" w:color="auto"/>
              </w:divBdr>
            </w:div>
            <w:div w:id="436753318">
              <w:marLeft w:val="0"/>
              <w:marRight w:val="0"/>
              <w:marTop w:val="0"/>
              <w:marBottom w:val="0"/>
              <w:divBdr>
                <w:top w:val="none" w:sz="0" w:space="0" w:color="auto"/>
                <w:left w:val="none" w:sz="0" w:space="0" w:color="auto"/>
                <w:bottom w:val="none" w:sz="0" w:space="0" w:color="auto"/>
                <w:right w:val="none" w:sz="0" w:space="0" w:color="auto"/>
              </w:divBdr>
            </w:div>
            <w:div w:id="900824868">
              <w:marLeft w:val="0"/>
              <w:marRight w:val="0"/>
              <w:marTop w:val="0"/>
              <w:marBottom w:val="0"/>
              <w:divBdr>
                <w:top w:val="none" w:sz="0" w:space="0" w:color="auto"/>
                <w:left w:val="none" w:sz="0" w:space="0" w:color="auto"/>
                <w:bottom w:val="none" w:sz="0" w:space="0" w:color="auto"/>
                <w:right w:val="none" w:sz="0" w:space="0" w:color="auto"/>
              </w:divBdr>
            </w:div>
            <w:div w:id="599527817">
              <w:marLeft w:val="0"/>
              <w:marRight w:val="0"/>
              <w:marTop w:val="0"/>
              <w:marBottom w:val="0"/>
              <w:divBdr>
                <w:top w:val="none" w:sz="0" w:space="0" w:color="auto"/>
                <w:left w:val="none" w:sz="0" w:space="0" w:color="auto"/>
                <w:bottom w:val="none" w:sz="0" w:space="0" w:color="auto"/>
                <w:right w:val="none" w:sz="0" w:space="0" w:color="auto"/>
              </w:divBdr>
            </w:div>
            <w:div w:id="918247429">
              <w:marLeft w:val="0"/>
              <w:marRight w:val="0"/>
              <w:marTop w:val="0"/>
              <w:marBottom w:val="0"/>
              <w:divBdr>
                <w:top w:val="none" w:sz="0" w:space="0" w:color="auto"/>
                <w:left w:val="none" w:sz="0" w:space="0" w:color="auto"/>
                <w:bottom w:val="none" w:sz="0" w:space="0" w:color="auto"/>
                <w:right w:val="none" w:sz="0" w:space="0" w:color="auto"/>
              </w:divBdr>
            </w:div>
            <w:div w:id="1505704839">
              <w:marLeft w:val="0"/>
              <w:marRight w:val="0"/>
              <w:marTop w:val="0"/>
              <w:marBottom w:val="0"/>
              <w:divBdr>
                <w:top w:val="none" w:sz="0" w:space="0" w:color="auto"/>
                <w:left w:val="none" w:sz="0" w:space="0" w:color="auto"/>
                <w:bottom w:val="none" w:sz="0" w:space="0" w:color="auto"/>
                <w:right w:val="none" w:sz="0" w:space="0" w:color="auto"/>
              </w:divBdr>
            </w:div>
            <w:div w:id="854460245">
              <w:marLeft w:val="0"/>
              <w:marRight w:val="0"/>
              <w:marTop w:val="0"/>
              <w:marBottom w:val="0"/>
              <w:divBdr>
                <w:top w:val="none" w:sz="0" w:space="0" w:color="auto"/>
                <w:left w:val="none" w:sz="0" w:space="0" w:color="auto"/>
                <w:bottom w:val="none" w:sz="0" w:space="0" w:color="auto"/>
                <w:right w:val="none" w:sz="0" w:space="0" w:color="auto"/>
              </w:divBdr>
            </w:div>
            <w:div w:id="1366523522">
              <w:marLeft w:val="0"/>
              <w:marRight w:val="0"/>
              <w:marTop w:val="0"/>
              <w:marBottom w:val="0"/>
              <w:divBdr>
                <w:top w:val="none" w:sz="0" w:space="0" w:color="auto"/>
                <w:left w:val="none" w:sz="0" w:space="0" w:color="auto"/>
                <w:bottom w:val="none" w:sz="0" w:space="0" w:color="auto"/>
                <w:right w:val="none" w:sz="0" w:space="0" w:color="auto"/>
              </w:divBdr>
            </w:div>
            <w:div w:id="1983656460">
              <w:marLeft w:val="0"/>
              <w:marRight w:val="0"/>
              <w:marTop w:val="0"/>
              <w:marBottom w:val="0"/>
              <w:divBdr>
                <w:top w:val="none" w:sz="0" w:space="0" w:color="auto"/>
                <w:left w:val="none" w:sz="0" w:space="0" w:color="auto"/>
                <w:bottom w:val="none" w:sz="0" w:space="0" w:color="auto"/>
                <w:right w:val="none" w:sz="0" w:space="0" w:color="auto"/>
              </w:divBdr>
            </w:div>
            <w:div w:id="508376122">
              <w:marLeft w:val="0"/>
              <w:marRight w:val="0"/>
              <w:marTop w:val="0"/>
              <w:marBottom w:val="0"/>
              <w:divBdr>
                <w:top w:val="none" w:sz="0" w:space="0" w:color="auto"/>
                <w:left w:val="none" w:sz="0" w:space="0" w:color="auto"/>
                <w:bottom w:val="none" w:sz="0" w:space="0" w:color="auto"/>
                <w:right w:val="none" w:sz="0" w:space="0" w:color="auto"/>
              </w:divBdr>
            </w:div>
            <w:div w:id="790973447">
              <w:marLeft w:val="0"/>
              <w:marRight w:val="0"/>
              <w:marTop w:val="0"/>
              <w:marBottom w:val="0"/>
              <w:divBdr>
                <w:top w:val="none" w:sz="0" w:space="0" w:color="auto"/>
                <w:left w:val="none" w:sz="0" w:space="0" w:color="auto"/>
                <w:bottom w:val="none" w:sz="0" w:space="0" w:color="auto"/>
                <w:right w:val="none" w:sz="0" w:space="0" w:color="auto"/>
              </w:divBdr>
            </w:div>
            <w:div w:id="1151870459">
              <w:marLeft w:val="0"/>
              <w:marRight w:val="0"/>
              <w:marTop w:val="0"/>
              <w:marBottom w:val="0"/>
              <w:divBdr>
                <w:top w:val="none" w:sz="0" w:space="0" w:color="auto"/>
                <w:left w:val="none" w:sz="0" w:space="0" w:color="auto"/>
                <w:bottom w:val="none" w:sz="0" w:space="0" w:color="auto"/>
                <w:right w:val="none" w:sz="0" w:space="0" w:color="auto"/>
              </w:divBdr>
            </w:div>
            <w:div w:id="535435893">
              <w:marLeft w:val="0"/>
              <w:marRight w:val="0"/>
              <w:marTop w:val="0"/>
              <w:marBottom w:val="0"/>
              <w:divBdr>
                <w:top w:val="none" w:sz="0" w:space="0" w:color="auto"/>
                <w:left w:val="none" w:sz="0" w:space="0" w:color="auto"/>
                <w:bottom w:val="none" w:sz="0" w:space="0" w:color="auto"/>
                <w:right w:val="none" w:sz="0" w:space="0" w:color="auto"/>
              </w:divBdr>
            </w:div>
            <w:div w:id="448622808">
              <w:marLeft w:val="0"/>
              <w:marRight w:val="0"/>
              <w:marTop w:val="0"/>
              <w:marBottom w:val="0"/>
              <w:divBdr>
                <w:top w:val="none" w:sz="0" w:space="0" w:color="auto"/>
                <w:left w:val="none" w:sz="0" w:space="0" w:color="auto"/>
                <w:bottom w:val="none" w:sz="0" w:space="0" w:color="auto"/>
                <w:right w:val="none" w:sz="0" w:space="0" w:color="auto"/>
              </w:divBdr>
            </w:div>
            <w:div w:id="983704562">
              <w:marLeft w:val="0"/>
              <w:marRight w:val="0"/>
              <w:marTop w:val="0"/>
              <w:marBottom w:val="0"/>
              <w:divBdr>
                <w:top w:val="none" w:sz="0" w:space="0" w:color="auto"/>
                <w:left w:val="none" w:sz="0" w:space="0" w:color="auto"/>
                <w:bottom w:val="none" w:sz="0" w:space="0" w:color="auto"/>
                <w:right w:val="none" w:sz="0" w:space="0" w:color="auto"/>
              </w:divBdr>
            </w:div>
            <w:div w:id="121504792">
              <w:marLeft w:val="0"/>
              <w:marRight w:val="0"/>
              <w:marTop w:val="0"/>
              <w:marBottom w:val="0"/>
              <w:divBdr>
                <w:top w:val="none" w:sz="0" w:space="0" w:color="auto"/>
                <w:left w:val="none" w:sz="0" w:space="0" w:color="auto"/>
                <w:bottom w:val="none" w:sz="0" w:space="0" w:color="auto"/>
                <w:right w:val="none" w:sz="0" w:space="0" w:color="auto"/>
              </w:divBdr>
            </w:div>
            <w:div w:id="593828743">
              <w:marLeft w:val="0"/>
              <w:marRight w:val="0"/>
              <w:marTop w:val="0"/>
              <w:marBottom w:val="0"/>
              <w:divBdr>
                <w:top w:val="none" w:sz="0" w:space="0" w:color="auto"/>
                <w:left w:val="none" w:sz="0" w:space="0" w:color="auto"/>
                <w:bottom w:val="none" w:sz="0" w:space="0" w:color="auto"/>
                <w:right w:val="none" w:sz="0" w:space="0" w:color="auto"/>
              </w:divBdr>
            </w:div>
            <w:div w:id="369841999">
              <w:marLeft w:val="0"/>
              <w:marRight w:val="0"/>
              <w:marTop w:val="0"/>
              <w:marBottom w:val="0"/>
              <w:divBdr>
                <w:top w:val="none" w:sz="0" w:space="0" w:color="auto"/>
                <w:left w:val="none" w:sz="0" w:space="0" w:color="auto"/>
                <w:bottom w:val="none" w:sz="0" w:space="0" w:color="auto"/>
                <w:right w:val="none" w:sz="0" w:space="0" w:color="auto"/>
              </w:divBdr>
            </w:div>
            <w:div w:id="314456167">
              <w:marLeft w:val="0"/>
              <w:marRight w:val="0"/>
              <w:marTop w:val="0"/>
              <w:marBottom w:val="0"/>
              <w:divBdr>
                <w:top w:val="none" w:sz="0" w:space="0" w:color="auto"/>
                <w:left w:val="none" w:sz="0" w:space="0" w:color="auto"/>
                <w:bottom w:val="none" w:sz="0" w:space="0" w:color="auto"/>
                <w:right w:val="none" w:sz="0" w:space="0" w:color="auto"/>
              </w:divBdr>
            </w:div>
            <w:div w:id="1572539204">
              <w:marLeft w:val="0"/>
              <w:marRight w:val="0"/>
              <w:marTop w:val="0"/>
              <w:marBottom w:val="0"/>
              <w:divBdr>
                <w:top w:val="none" w:sz="0" w:space="0" w:color="auto"/>
                <w:left w:val="none" w:sz="0" w:space="0" w:color="auto"/>
                <w:bottom w:val="none" w:sz="0" w:space="0" w:color="auto"/>
                <w:right w:val="none" w:sz="0" w:space="0" w:color="auto"/>
              </w:divBdr>
            </w:div>
            <w:div w:id="1011447202">
              <w:marLeft w:val="0"/>
              <w:marRight w:val="0"/>
              <w:marTop w:val="0"/>
              <w:marBottom w:val="0"/>
              <w:divBdr>
                <w:top w:val="none" w:sz="0" w:space="0" w:color="auto"/>
                <w:left w:val="none" w:sz="0" w:space="0" w:color="auto"/>
                <w:bottom w:val="none" w:sz="0" w:space="0" w:color="auto"/>
                <w:right w:val="none" w:sz="0" w:space="0" w:color="auto"/>
              </w:divBdr>
            </w:div>
            <w:div w:id="1641226975">
              <w:marLeft w:val="0"/>
              <w:marRight w:val="0"/>
              <w:marTop w:val="0"/>
              <w:marBottom w:val="0"/>
              <w:divBdr>
                <w:top w:val="none" w:sz="0" w:space="0" w:color="auto"/>
                <w:left w:val="none" w:sz="0" w:space="0" w:color="auto"/>
                <w:bottom w:val="none" w:sz="0" w:space="0" w:color="auto"/>
                <w:right w:val="none" w:sz="0" w:space="0" w:color="auto"/>
              </w:divBdr>
            </w:div>
            <w:div w:id="1209687227">
              <w:marLeft w:val="0"/>
              <w:marRight w:val="0"/>
              <w:marTop w:val="0"/>
              <w:marBottom w:val="0"/>
              <w:divBdr>
                <w:top w:val="none" w:sz="0" w:space="0" w:color="auto"/>
                <w:left w:val="none" w:sz="0" w:space="0" w:color="auto"/>
                <w:bottom w:val="none" w:sz="0" w:space="0" w:color="auto"/>
                <w:right w:val="none" w:sz="0" w:space="0" w:color="auto"/>
              </w:divBdr>
            </w:div>
            <w:div w:id="631638244">
              <w:marLeft w:val="0"/>
              <w:marRight w:val="0"/>
              <w:marTop w:val="0"/>
              <w:marBottom w:val="0"/>
              <w:divBdr>
                <w:top w:val="none" w:sz="0" w:space="0" w:color="auto"/>
                <w:left w:val="none" w:sz="0" w:space="0" w:color="auto"/>
                <w:bottom w:val="none" w:sz="0" w:space="0" w:color="auto"/>
                <w:right w:val="none" w:sz="0" w:space="0" w:color="auto"/>
              </w:divBdr>
            </w:div>
            <w:div w:id="299727015">
              <w:marLeft w:val="0"/>
              <w:marRight w:val="0"/>
              <w:marTop w:val="0"/>
              <w:marBottom w:val="0"/>
              <w:divBdr>
                <w:top w:val="none" w:sz="0" w:space="0" w:color="auto"/>
                <w:left w:val="none" w:sz="0" w:space="0" w:color="auto"/>
                <w:bottom w:val="none" w:sz="0" w:space="0" w:color="auto"/>
                <w:right w:val="none" w:sz="0" w:space="0" w:color="auto"/>
              </w:divBdr>
            </w:div>
            <w:div w:id="1130629786">
              <w:marLeft w:val="0"/>
              <w:marRight w:val="0"/>
              <w:marTop w:val="0"/>
              <w:marBottom w:val="0"/>
              <w:divBdr>
                <w:top w:val="none" w:sz="0" w:space="0" w:color="auto"/>
                <w:left w:val="none" w:sz="0" w:space="0" w:color="auto"/>
                <w:bottom w:val="none" w:sz="0" w:space="0" w:color="auto"/>
                <w:right w:val="none" w:sz="0" w:space="0" w:color="auto"/>
              </w:divBdr>
            </w:div>
            <w:div w:id="814226608">
              <w:marLeft w:val="0"/>
              <w:marRight w:val="0"/>
              <w:marTop w:val="0"/>
              <w:marBottom w:val="0"/>
              <w:divBdr>
                <w:top w:val="none" w:sz="0" w:space="0" w:color="auto"/>
                <w:left w:val="none" w:sz="0" w:space="0" w:color="auto"/>
                <w:bottom w:val="none" w:sz="0" w:space="0" w:color="auto"/>
                <w:right w:val="none" w:sz="0" w:space="0" w:color="auto"/>
              </w:divBdr>
            </w:div>
            <w:div w:id="213346935">
              <w:marLeft w:val="0"/>
              <w:marRight w:val="0"/>
              <w:marTop w:val="0"/>
              <w:marBottom w:val="0"/>
              <w:divBdr>
                <w:top w:val="none" w:sz="0" w:space="0" w:color="auto"/>
                <w:left w:val="none" w:sz="0" w:space="0" w:color="auto"/>
                <w:bottom w:val="none" w:sz="0" w:space="0" w:color="auto"/>
                <w:right w:val="none" w:sz="0" w:space="0" w:color="auto"/>
              </w:divBdr>
            </w:div>
            <w:div w:id="2059087875">
              <w:marLeft w:val="0"/>
              <w:marRight w:val="0"/>
              <w:marTop w:val="0"/>
              <w:marBottom w:val="0"/>
              <w:divBdr>
                <w:top w:val="none" w:sz="0" w:space="0" w:color="auto"/>
                <w:left w:val="none" w:sz="0" w:space="0" w:color="auto"/>
                <w:bottom w:val="none" w:sz="0" w:space="0" w:color="auto"/>
                <w:right w:val="none" w:sz="0" w:space="0" w:color="auto"/>
              </w:divBdr>
            </w:div>
            <w:div w:id="74522341">
              <w:marLeft w:val="0"/>
              <w:marRight w:val="0"/>
              <w:marTop w:val="0"/>
              <w:marBottom w:val="0"/>
              <w:divBdr>
                <w:top w:val="none" w:sz="0" w:space="0" w:color="auto"/>
                <w:left w:val="none" w:sz="0" w:space="0" w:color="auto"/>
                <w:bottom w:val="none" w:sz="0" w:space="0" w:color="auto"/>
                <w:right w:val="none" w:sz="0" w:space="0" w:color="auto"/>
              </w:divBdr>
            </w:div>
            <w:div w:id="966008593">
              <w:marLeft w:val="0"/>
              <w:marRight w:val="0"/>
              <w:marTop w:val="0"/>
              <w:marBottom w:val="0"/>
              <w:divBdr>
                <w:top w:val="none" w:sz="0" w:space="0" w:color="auto"/>
                <w:left w:val="none" w:sz="0" w:space="0" w:color="auto"/>
                <w:bottom w:val="none" w:sz="0" w:space="0" w:color="auto"/>
                <w:right w:val="none" w:sz="0" w:space="0" w:color="auto"/>
              </w:divBdr>
            </w:div>
            <w:div w:id="1815177092">
              <w:marLeft w:val="0"/>
              <w:marRight w:val="0"/>
              <w:marTop w:val="0"/>
              <w:marBottom w:val="0"/>
              <w:divBdr>
                <w:top w:val="none" w:sz="0" w:space="0" w:color="auto"/>
                <w:left w:val="none" w:sz="0" w:space="0" w:color="auto"/>
                <w:bottom w:val="none" w:sz="0" w:space="0" w:color="auto"/>
                <w:right w:val="none" w:sz="0" w:space="0" w:color="auto"/>
              </w:divBdr>
            </w:div>
            <w:div w:id="1719090080">
              <w:marLeft w:val="0"/>
              <w:marRight w:val="0"/>
              <w:marTop w:val="0"/>
              <w:marBottom w:val="0"/>
              <w:divBdr>
                <w:top w:val="none" w:sz="0" w:space="0" w:color="auto"/>
                <w:left w:val="none" w:sz="0" w:space="0" w:color="auto"/>
                <w:bottom w:val="none" w:sz="0" w:space="0" w:color="auto"/>
                <w:right w:val="none" w:sz="0" w:space="0" w:color="auto"/>
              </w:divBdr>
            </w:div>
            <w:div w:id="179661995">
              <w:marLeft w:val="0"/>
              <w:marRight w:val="0"/>
              <w:marTop w:val="0"/>
              <w:marBottom w:val="0"/>
              <w:divBdr>
                <w:top w:val="none" w:sz="0" w:space="0" w:color="auto"/>
                <w:left w:val="none" w:sz="0" w:space="0" w:color="auto"/>
                <w:bottom w:val="none" w:sz="0" w:space="0" w:color="auto"/>
                <w:right w:val="none" w:sz="0" w:space="0" w:color="auto"/>
              </w:divBdr>
            </w:div>
            <w:div w:id="35280503">
              <w:marLeft w:val="0"/>
              <w:marRight w:val="0"/>
              <w:marTop w:val="0"/>
              <w:marBottom w:val="0"/>
              <w:divBdr>
                <w:top w:val="none" w:sz="0" w:space="0" w:color="auto"/>
                <w:left w:val="none" w:sz="0" w:space="0" w:color="auto"/>
                <w:bottom w:val="none" w:sz="0" w:space="0" w:color="auto"/>
                <w:right w:val="none" w:sz="0" w:space="0" w:color="auto"/>
              </w:divBdr>
            </w:div>
            <w:div w:id="789280913">
              <w:marLeft w:val="0"/>
              <w:marRight w:val="0"/>
              <w:marTop w:val="0"/>
              <w:marBottom w:val="0"/>
              <w:divBdr>
                <w:top w:val="none" w:sz="0" w:space="0" w:color="auto"/>
                <w:left w:val="none" w:sz="0" w:space="0" w:color="auto"/>
                <w:bottom w:val="none" w:sz="0" w:space="0" w:color="auto"/>
                <w:right w:val="none" w:sz="0" w:space="0" w:color="auto"/>
              </w:divBdr>
            </w:div>
            <w:div w:id="89618767">
              <w:marLeft w:val="0"/>
              <w:marRight w:val="0"/>
              <w:marTop w:val="0"/>
              <w:marBottom w:val="0"/>
              <w:divBdr>
                <w:top w:val="none" w:sz="0" w:space="0" w:color="auto"/>
                <w:left w:val="none" w:sz="0" w:space="0" w:color="auto"/>
                <w:bottom w:val="none" w:sz="0" w:space="0" w:color="auto"/>
                <w:right w:val="none" w:sz="0" w:space="0" w:color="auto"/>
              </w:divBdr>
            </w:div>
            <w:div w:id="95760098">
              <w:marLeft w:val="0"/>
              <w:marRight w:val="0"/>
              <w:marTop w:val="0"/>
              <w:marBottom w:val="0"/>
              <w:divBdr>
                <w:top w:val="none" w:sz="0" w:space="0" w:color="auto"/>
                <w:left w:val="none" w:sz="0" w:space="0" w:color="auto"/>
                <w:bottom w:val="none" w:sz="0" w:space="0" w:color="auto"/>
                <w:right w:val="none" w:sz="0" w:space="0" w:color="auto"/>
              </w:divBdr>
            </w:div>
            <w:div w:id="564146235">
              <w:marLeft w:val="0"/>
              <w:marRight w:val="0"/>
              <w:marTop w:val="0"/>
              <w:marBottom w:val="0"/>
              <w:divBdr>
                <w:top w:val="none" w:sz="0" w:space="0" w:color="auto"/>
                <w:left w:val="none" w:sz="0" w:space="0" w:color="auto"/>
                <w:bottom w:val="none" w:sz="0" w:space="0" w:color="auto"/>
                <w:right w:val="none" w:sz="0" w:space="0" w:color="auto"/>
              </w:divBdr>
            </w:div>
            <w:div w:id="1657032553">
              <w:marLeft w:val="0"/>
              <w:marRight w:val="0"/>
              <w:marTop w:val="0"/>
              <w:marBottom w:val="0"/>
              <w:divBdr>
                <w:top w:val="none" w:sz="0" w:space="0" w:color="auto"/>
                <w:left w:val="none" w:sz="0" w:space="0" w:color="auto"/>
                <w:bottom w:val="none" w:sz="0" w:space="0" w:color="auto"/>
                <w:right w:val="none" w:sz="0" w:space="0" w:color="auto"/>
              </w:divBdr>
            </w:div>
            <w:div w:id="206260536">
              <w:marLeft w:val="0"/>
              <w:marRight w:val="0"/>
              <w:marTop w:val="0"/>
              <w:marBottom w:val="0"/>
              <w:divBdr>
                <w:top w:val="none" w:sz="0" w:space="0" w:color="auto"/>
                <w:left w:val="none" w:sz="0" w:space="0" w:color="auto"/>
                <w:bottom w:val="none" w:sz="0" w:space="0" w:color="auto"/>
                <w:right w:val="none" w:sz="0" w:space="0" w:color="auto"/>
              </w:divBdr>
            </w:div>
            <w:div w:id="33237496">
              <w:marLeft w:val="0"/>
              <w:marRight w:val="0"/>
              <w:marTop w:val="0"/>
              <w:marBottom w:val="0"/>
              <w:divBdr>
                <w:top w:val="none" w:sz="0" w:space="0" w:color="auto"/>
                <w:left w:val="none" w:sz="0" w:space="0" w:color="auto"/>
                <w:bottom w:val="none" w:sz="0" w:space="0" w:color="auto"/>
                <w:right w:val="none" w:sz="0" w:space="0" w:color="auto"/>
              </w:divBdr>
            </w:div>
            <w:div w:id="848713849">
              <w:marLeft w:val="0"/>
              <w:marRight w:val="0"/>
              <w:marTop w:val="0"/>
              <w:marBottom w:val="0"/>
              <w:divBdr>
                <w:top w:val="none" w:sz="0" w:space="0" w:color="auto"/>
                <w:left w:val="none" w:sz="0" w:space="0" w:color="auto"/>
                <w:bottom w:val="none" w:sz="0" w:space="0" w:color="auto"/>
                <w:right w:val="none" w:sz="0" w:space="0" w:color="auto"/>
              </w:divBdr>
            </w:div>
            <w:div w:id="1101801816">
              <w:marLeft w:val="0"/>
              <w:marRight w:val="0"/>
              <w:marTop w:val="0"/>
              <w:marBottom w:val="0"/>
              <w:divBdr>
                <w:top w:val="none" w:sz="0" w:space="0" w:color="auto"/>
                <w:left w:val="none" w:sz="0" w:space="0" w:color="auto"/>
                <w:bottom w:val="none" w:sz="0" w:space="0" w:color="auto"/>
                <w:right w:val="none" w:sz="0" w:space="0" w:color="auto"/>
              </w:divBdr>
            </w:div>
            <w:div w:id="490366078">
              <w:marLeft w:val="0"/>
              <w:marRight w:val="0"/>
              <w:marTop w:val="0"/>
              <w:marBottom w:val="0"/>
              <w:divBdr>
                <w:top w:val="none" w:sz="0" w:space="0" w:color="auto"/>
                <w:left w:val="none" w:sz="0" w:space="0" w:color="auto"/>
                <w:bottom w:val="none" w:sz="0" w:space="0" w:color="auto"/>
                <w:right w:val="none" w:sz="0" w:space="0" w:color="auto"/>
              </w:divBdr>
            </w:div>
            <w:div w:id="1314019806">
              <w:marLeft w:val="0"/>
              <w:marRight w:val="0"/>
              <w:marTop w:val="0"/>
              <w:marBottom w:val="0"/>
              <w:divBdr>
                <w:top w:val="none" w:sz="0" w:space="0" w:color="auto"/>
                <w:left w:val="none" w:sz="0" w:space="0" w:color="auto"/>
                <w:bottom w:val="none" w:sz="0" w:space="0" w:color="auto"/>
                <w:right w:val="none" w:sz="0" w:space="0" w:color="auto"/>
              </w:divBdr>
            </w:div>
            <w:div w:id="1257321416">
              <w:marLeft w:val="0"/>
              <w:marRight w:val="0"/>
              <w:marTop w:val="0"/>
              <w:marBottom w:val="0"/>
              <w:divBdr>
                <w:top w:val="none" w:sz="0" w:space="0" w:color="auto"/>
                <w:left w:val="none" w:sz="0" w:space="0" w:color="auto"/>
                <w:bottom w:val="none" w:sz="0" w:space="0" w:color="auto"/>
                <w:right w:val="none" w:sz="0" w:space="0" w:color="auto"/>
              </w:divBdr>
            </w:div>
            <w:div w:id="70155468">
              <w:marLeft w:val="0"/>
              <w:marRight w:val="0"/>
              <w:marTop w:val="0"/>
              <w:marBottom w:val="0"/>
              <w:divBdr>
                <w:top w:val="none" w:sz="0" w:space="0" w:color="auto"/>
                <w:left w:val="none" w:sz="0" w:space="0" w:color="auto"/>
                <w:bottom w:val="none" w:sz="0" w:space="0" w:color="auto"/>
                <w:right w:val="none" w:sz="0" w:space="0" w:color="auto"/>
              </w:divBdr>
            </w:div>
            <w:div w:id="1294477830">
              <w:marLeft w:val="0"/>
              <w:marRight w:val="0"/>
              <w:marTop w:val="0"/>
              <w:marBottom w:val="0"/>
              <w:divBdr>
                <w:top w:val="none" w:sz="0" w:space="0" w:color="auto"/>
                <w:left w:val="none" w:sz="0" w:space="0" w:color="auto"/>
                <w:bottom w:val="none" w:sz="0" w:space="0" w:color="auto"/>
                <w:right w:val="none" w:sz="0" w:space="0" w:color="auto"/>
              </w:divBdr>
            </w:div>
            <w:div w:id="766579372">
              <w:marLeft w:val="0"/>
              <w:marRight w:val="0"/>
              <w:marTop w:val="0"/>
              <w:marBottom w:val="0"/>
              <w:divBdr>
                <w:top w:val="none" w:sz="0" w:space="0" w:color="auto"/>
                <w:left w:val="none" w:sz="0" w:space="0" w:color="auto"/>
                <w:bottom w:val="none" w:sz="0" w:space="0" w:color="auto"/>
                <w:right w:val="none" w:sz="0" w:space="0" w:color="auto"/>
              </w:divBdr>
            </w:div>
            <w:div w:id="1824614899">
              <w:marLeft w:val="0"/>
              <w:marRight w:val="0"/>
              <w:marTop w:val="0"/>
              <w:marBottom w:val="0"/>
              <w:divBdr>
                <w:top w:val="none" w:sz="0" w:space="0" w:color="auto"/>
                <w:left w:val="none" w:sz="0" w:space="0" w:color="auto"/>
                <w:bottom w:val="none" w:sz="0" w:space="0" w:color="auto"/>
                <w:right w:val="none" w:sz="0" w:space="0" w:color="auto"/>
              </w:divBdr>
            </w:div>
            <w:div w:id="1020543994">
              <w:marLeft w:val="0"/>
              <w:marRight w:val="0"/>
              <w:marTop w:val="0"/>
              <w:marBottom w:val="0"/>
              <w:divBdr>
                <w:top w:val="none" w:sz="0" w:space="0" w:color="auto"/>
                <w:left w:val="none" w:sz="0" w:space="0" w:color="auto"/>
                <w:bottom w:val="none" w:sz="0" w:space="0" w:color="auto"/>
                <w:right w:val="none" w:sz="0" w:space="0" w:color="auto"/>
              </w:divBdr>
            </w:div>
            <w:div w:id="1742213937">
              <w:marLeft w:val="0"/>
              <w:marRight w:val="0"/>
              <w:marTop w:val="0"/>
              <w:marBottom w:val="0"/>
              <w:divBdr>
                <w:top w:val="none" w:sz="0" w:space="0" w:color="auto"/>
                <w:left w:val="none" w:sz="0" w:space="0" w:color="auto"/>
                <w:bottom w:val="none" w:sz="0" w:space="0" w:color="auto"/>
                <w:right w:val="none" w:sz="0" w:space="0" w:color="auto"/>
              </w:divBdr>
            </w:div>
            <w:div w:id="1475105385">
              <w:marLeft w:val="0"/>
              <w:marRight w:val="0"/>
              <w:marTop w:val="0"/>
              <w:marBottom w:val="0"/>
              <w:divBdr>
                <w:top w:val="none" w:sz="0" w:space="0" w:color="auto"/>
                <w:left w:val="none" w:sz="0" w:space="0" w:color="auto"/>
                <w:bottom w:val="none" w:sz="0" w:space="0" w:color="auto"/>
                <w:right w:val="none" w:sz="0" w:space="0" w:color="auto"/>
              </w:divBdr>
            </w:div>
            <w:div w:id="355471080">
              <w:marLeft w:val="0"/>
              <w:marRight w:val="0"/>
              <w:marTop w:val="0"/>
              <w:marBottom w:val="0"/>
              <w:divBdr>
                <w:top w:val="none" w:sz="0" w:space="0" w:color="auto"/>
                <w:left w:val="none" w:sz="0" w:space="0" w:color="auto"/>
                <w:bottom w:val="none" w:sz="0" w:space="0" w:color="auto"/>
                <w:right w:val="none" w:sz="0" w:space="0" w:color="auto"/>
              </w:divBdr>
            </w:div>
            <w:div w:id="1851916378">
              <w:marLeft w:val="0"/>
              <w:marRight w:val="0"/>
              <w:marTop w:val="0"/>
              <w:marBottom w:val="0"/>
              <w:divBdr>
                <w:top w:val="none" w:sz="0" w:space="0" w:color="auto"/>
                <w:left w:val="none" w:sz="0" w:space="0" w:color="auto"/>
                <w:bottom w:val="none" w:sz="0" w:space="0" w:color="auto"/>
                <w:right w:val="none" w:sz="0" w:space="0" w:color="auto"/>
              </w:divBdr>
            </w:div>
            <w:div w:id="1929734204">
              <w:marLeft w:val="0"/>
              <w:marRight w:val="0"/>
              <w:marTop w:val="0"/>
              <w:marBottom w:val="0"/>
              <w:divBdr>
                <w:top w:val="none" w:sz="0" w:space="0" w:color="auto"/>
                <w:left w:val="none" w:sz="0" w:space="0" w:color="auto"/>
                <w:bottom w:val="none" w:sz="0" w:space="0" w:color="auto"/>
                <w:right w:val="none" w:sz="0" w:space="0" w:color="auto"/>
              </w:divBdr>
            </w:div>
            <w:div w:id="2110616237">
              <w:marLeft w:val="0"/>
              <w:marRight w:val="0"/>
              <w:marTop w:val="0"/>
              <w:marBottom w:val="0"/>
              <w:divBdr>
                <w:top w:val="none" w:sz="0" w:space="0" w:color="auto"/>
                <w:left w:val="none" w:sz="0" w:space="0" w:color="auto"/>
                <w:bottom w:val="none" w:sz="0" w:space="0" w:color="auto"/>
                <w:right w:val="none" w:sz="0" w:space="0" w:color="auto"/>
              </w:divBdr>
            </w:div>
            <w:div w:id="2135558940">
              <w:marLeft w:val="0"/>
              <w:marRight w:val="0"/>
              <w:marTop w:val="0"/>
              <w:marBottom w:val="0"/>
              <w:divBdr>
                <w:top w:val="none" w:sz="0" w:space="0" w:color="auto"/>
                <w:left w:val="none" w:sz="0" w:space="0" w:color="auto"/>
                <w:bottom w:val="none" w:sz="0" w:space="0" w:color="auto"/>
                <w:right w:val="none" w:sz="0" w:space="0" w:color="auto"/>
              </w:divBdr>
            </w:div>
            <w:div w:id="933710622">
              <w:marLeft w:val="0"/>
              <w:marRight w:val="0"/>
              <w:marTop w:val="0"/>
              <w:marBottom w:val="0"/>
              <w:divBdr>
                <w:top w:val="none" w:sz="0" w:space="0" w:color="auto"/>
                <w:left w:val="none" w:sz="0" w:space="0" w:color="auto"/>
                <w:bottom w:val="none" w:sz="0" w:space="0" w:color="auto"/>
                <w:right w:val="none" w:sz="0" w:space="0" w:color="auto"/>
              </w:divBdr>
            </w:div>
            <w:div w:id="1245577768">
              <w:marLeft w:val="0"/>
              <w:marRight w:val="0"/>
              <w:marTop w:val="0"/>
              <w:marBottom w:val="0"/>
              <w:divBdr>
                <w:top w:val="none" w:sz="0" w:space="0" w:color="auto"/>
                <w:left w:val="none" w:sz="0" w:space="0" w:color="auto"/>
                <w:bottom w:val="none" w:sz="0" w:space="0" w:color="auto"/>
                <w:right w:val="none" w:sz="0" w:space="0" w:color="auto"/>
              </w:divBdr>
            </w:div>
            <w:div w:id="822815834">
              <w:marLeft w:val="0"/>
              <w:marRight w:val="0"/>
              <w:marTop w:val="0"/>
              <w:marBottom w:val="0"/>
              <w:divBdr>
                <w:top w:val="none" w:sz="0" w:space="0" w:color="auto"/>
                <w:left w:val="none" w:sz="0" w:space="0" w:color="auto"/>
                <w:bottom w:val="none" w:sz="0" w:space="0" w:color="auto"/>
                <w:right w:val="none" w:sz="0" w:space="0" w:color="auto"/>
              </w:divBdr>
            </w:div>
            <w:div w:id="331298501">
              <w:marLeft w:val="0"/>
              <w:marRight w:val="0"/>
              <w:marTop w:val="0"/>
              <w:marBottom w:val="0"/>
              <w:divBdr>
                <w:top w:val="none" w:sz="0" w:space="0" w:color="auto"/>
                <w:left w:val="none" w:sz="0" w:space="0" w:color="auto"/>
                <w:bottom w:val="none" w:sz="0" w:space="0" w:color="auto"/>
                <w:right w:val="none" w:sz="0" w:space="0" w:color="auto"/>
              </w:divBdr>
            </w:div>
            <w:div w:id="746880107">
              <w:marLeft w:val="0"/>
              <w:marRight w:val="0"/>
              <w:marTop w:val="0"/>
              <w:marBottom w:val="0"/>
              <w:divBdr>
                <w:top w:val="none" w:sz="0" w:space="0" w:color="auto"/>
                <w:left w:val="none" w:sz="0" w:space="0" w:color="auto"/>
                <w:bottom w:val="none" w:sz="0" w:space="0" w:color="auto"/>
                <w:right w:val="none" w:sz="0" w:space="0" w:color="auto"/>
              </w:divBdr>
            </w:div>
            <w:div w:id="917716595">
              <w:marLeft w:val="0"/>
              <w:marRight w:val="0"/>
              <w:marTop w:val="0"/>
              <w:marBottom w:val="0"/>
              <w:divBdr>
                <w:top w:val="none" w:sz="0" w:space="0" w:color="auto"/>
                <w:left w:val="none" w:sz="0" w:space="0" w:color="auto"/>
                <w:bottom w:val="none" w:sz="0" w:space="0" w:color="auto"/>
                <w:right w:val="none" w:sz="0" w:space="0" w:color="auto"/>
              </w:divBdr>
            </w:div>
            <w:div w:id="1634406100">
              <w:marLeft w:val="0"/>
              <w:marRight w:val="0"/>
              <w:marTop w:val="0"/>
              <w:marBottom w:val="0"/>
              <w:divBdr>
                <w:top w:val="none" w:sz="0" w:space="0" w:color="auto"/>
                <w:left w:val="none" w:sz="0" w:space="0" w:color="auto"/>
                <w:bottom w:val="none" w:sz="0" w:space="0" w:color="auto"/>
                <w:right w:val="none" w:sz="0" w:space="0" w:color="auto"/>
              </w:divBdr>
            </w:div>
            <w:div w:id="1741369211">
              <w:marLeft w:val="0"/>
              <w:marRight w:val="0"/>
              <w:marTop w:val="0"/>
              <w:marBottom w:val="0"/>
              <w:divBdr>
                <w:top w:val="none" w:sz="0" w:space="0" w:color="auto"/>
                <w:left w:val="none" w:sz="0" w:space="0" w:color="auto"/>
                <w:bottom w:val="none" w:sz="0" w:space="0" w:color="auto"/>
                <w:right w:val="none" w:sz="0" w:space="0" w:color="auto"/>
              </w:divBdr>
            </w:div>
            <w:div w:id="160045337">
              <w:marLeft w:val="0"/>
              <w:marRight w:val="0"/>
              <w:marTop w:val="0"/>
              <w:marBottom w:val="0"/>
              <w:divBdr>
                <w:top w:val="none" w:sz="0" w:space="0" w:color="auto"/>
                <w:left w:val="none" w:sz="0" w:space="0" w:color="auto"/>
                <w:bottom w:val="none" w:sz="0" w:space="0" w:color="auto"/>
                <w:right w:val="none" w:sz="0" w:space="0" w:color="auto"/>
              </w:divBdr>
            </w:div>
            <w:div w:id="1406147111">
              <w:marLeft w:val="0"/>
              <w:marRight w:val="0"/>
              <w:marTop w:val="0"/>
              <w:marBottom w:val="0"/>
              <w:divBdr>
                <w:top w:val="none" w:sz="0" w:space="0" w:color="auto"/>
                <w:left w:val="none" w:sz="0" w:space="0" w:color="auto"/>
                <w:bottom w:val="none" w:sz="0" w:space="0" w:color="auto"/>
                <w:right w:val="none" w:sz="0" w:space="0" w:color="auto"/>
              </w:divBdr>
            </w:div>
            <w:div w:id="143767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Thendo Malima</cp:lastModifiedBy>
  <cp:revision>3</cp:revision>
  <dcterms:created xsi:type="dcterms:W3CDTF">2013-12-23T23:15:00Z</dcterms:created>
  <dcterms:modified xsi:type="dcterms:W3CDTF">2025-06-30T07:44:00Z</dcterms:modified>
  <cp:category/>
</cp:coreProperties>
</file>